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FBD56" w14:textId="4FCB02B7" w:rsidR="006B5954" w:rsidRPr="00A72671" w:rsidRDefault="00000000">
      <w:pPr>
        <w:spacing w:after="80" w:line="240" w:lineRule="auto"/>
        <w:jc w:val="center"/>
        <w:rPr>
          <w:rFonts w:cs="Times New Roman"/>
          <w:sz w:val="28"/>
          <w:szCs w:val="28"/>
        </w:rPr>
      </w:pPr>
      <w:r w:rsidRPr="00A72671">
        <w:rPr>
          <w:rFonts w:cs="Times New Roman"/>
          <w:b/>
          <w:sz w:val="28"/>
          <w:szCs w:val="28"/>
        </w:rPr>
        <w:t>HƯỚNG DẪN</w:t>
      </w:r>
      <w:r w:rsidR="007169C1">
        <w:rPr>
          <w:rFonts w:cs="Times New Roman"/>
          <w:b/>
          <w:sz w:val="28"/>
          <w:szCs w:val="28"/>
        </w:rPr>
        <w:t xml:space="preserve"> NHÀ ĐẦU TƯ THAM GIA THỊ TRƯỜNG</w:t>
      </w:r>
      <w:r w:rsidRPr="00A72671">
        <w:rPr>
          <w:rFonts w:cs="Times New Roman"/>
          <w:b/>
          <w:sz w:val="28"/>
          <w:szCs w:val="28"/>
        </w:rPr>
        <w:t xml:space="preserve"> CÔNG CỤ NỢ</w:t>
      </w:r>
    </w:p>
    <w:p w14:paraId="217D5CBD" w14:textId="499D84D6" w:rsidR="006B5954" w:rsidRPr="00992B78" w:rsidRDefault="00000000" w:rsidP="002121C1">
      <w:pPr>
        <w:pStyle w:val="ListParagraph"/>
        <w:numPr>
          <w:ilvl w:val="0"/>
          <w:numId w:val="10"/>
        </w:numPr>
        <w:spacing w:after="40" w:line="240" w:lineRule="auto"/>
        <w:ind w:left="284" w:hanging="284"/>
        <w:rPr>
          <w:rFonts w:cs="Times New Roman"/>
          <w:b/>
          <w:sz w:val="24"/>
          <w:szCs w:val="24"/>
        </w:rPr>
      </w:pPr>
      <w:r w:rsidRPr="00992B78">
        <w:rPr>
          <w:rFonts w:cs="Times New Roman"/>
          <w:b/>
          <w:sz w:val="24"/>
          <w:szCs w:val="24"/>
        </w:rPr>
        <w:t>Các loại công cụ nợ:</w:t>
      </w:r>
    </w:p>
    <w:p w14:paraId="506EE6EA" w14:textId="5EC20BC1" w:rsidR="00992B78" w:rsidRPr="00992B78" w:rsidRDefault="00992B78" w:rsidP="002121C1">
      <w:pPr>
        <w:spacing w:after="40" w:line="240" w:lineRule="auto"/>
        <w:ind w:left="284" w:hanging="284"/>
        <w:rPr>
          <w:rFonts w:cs="Times New Roman"/>
          <w:sz w:val="24"/>
          <w:szCs w:val="24"/>
        </w:rPr>
      </w:pPr>
      <w:r>
        <w:rPr>
          <w:rFonts w:cs="Times New Roman"/>
          <w:sz w:val="24"/>
          <w:szCs w:val="24"/>
        </w:rPr>
        <w:t>Thị trường công cụ nợ bao gồm các sản phẩm chính sau:</w:t>
      </w:r>
    </w:p>
    <w:p w14:paraId="615B7AC0" w14:textId="7C758C18" w:rsidR="006B5954" w:rsidRPr="00A72671" w:rsidRDefault="00000000">
      <w:pPr>
        <w:spacing w:after="20" w:line="240" w:lineRule="auto"/>
        <w:ind w:left="283"/>
        <w:rPr>
          <w:rFonts w:cs="Times New Roman"/>
          <w:sz w:val="24"/>
          <w:szCs w:val="24"/>
        </w:rPr>
      </w:pPr>
      <w:r w:rsidRPr="00A72671">
        <w:rPr>
          <w:rFonts w:ascii="Segoe UI Symbol" w:hAnsi="Segoe UI Symbol" w:cs="Segoe UI Symbol"/>
          <w:sz w:val="24"/>
          <w:szCs w:val="24"/>
        </w:rPr>
        <w:t>❖</w:t>
      </w:r>
      <w:r w:rsidRPr="00A72671">
        <w:rPr>
          <w:rFonts w:cs="Times New Roman"/>
          <w:sz w:val="24"/>
          <w:szCs w:val="24"/>
        </w:rPr>
        <w:t xml:space="preserve"> Trái phiếu Chính phủ</w:t>
      </w:r>
      <w:r w:rsidR="00283B25">
        <w:rPr>
          <w:rFonts w:cs="Times New Roman"/>
          <w:sz w:val="24"/>
          <w:szCs w:val="24"/>
        </w:rPr>
        <w:t>;</w:t>
      </w:r>
    </w:p>
    <w:p w14:paraId="0D810B85" w14:textId="5A4EE06A" w:rsidR="006B5954" w:rsidRPr="00A72671" w:rsidRDefault="00000000">
      <w:pPr>
        <w:spacing w:after="20" w:line="240" w:lineRule="auto"/>
        <w:ind w:left="283"/>
        <w:rPr>
          <w:rFonts w:cs="Times New Roman"/>
          <w:sz w:val="24"/>
          <w:szCs w:val="24"/>
        </w:rPr>
      </w:pPr>
      <w:r w:rsidRPr="00A72671">
        <w:rPr>
          <w:rFonts w:ascii="Segoe UI Symbol" w:hAnsi="Segoe UI Symbol" w:cs="Segoe UI Symbol"/>
          <w:sz w:val="24"/>
          <w:szCs w:val="24"/>
        </w:rPr>
        <w:t>❖</w:t>
      </w:r>
      <w:r w:rsidRPr="00A72671">
        <w:rPr>
          <w:rFonts w:cs="Times New Roman"/>
          <w:sz w:val="24"/>
          <w:szCs w:val="24"/>
        </w:rPr>
        <w:t xml:space="preserve"> Trái phiếu được Chính phủ bảo lãnh</w:t>
      </w:r>
      <w:r w:rsidR="00283B25">
        <w:rPr>
          <w:rFonts w:cs="Times New Roman"/>
          <w:sz w:val="24"/>
          <w:szCs w:val="24"/>
        </w:rPr>
        <w:t>;</w:t>
      </w:r>
    </w:p>
    <w:p w14:paraId="2AA392C8" w14:textId="7B3EF9D2" w:rsidR="006B5954" w:rsidRPr="00A72671" w:rsidRDefault="00000000">
      <w:pPr>
        <w:spacing w:after="20" w:line="240" w:lineRule="auto"/>
        <w:ind w:left="283"/>
        <w:rPr>
          <w:rFonts w:cs="Times New Roman"/>
          <w:sz w:val="24"/>
          <w:szCs w:val="24"/>
        </w:rPr>
      </w:pPr>
      <w:r w:rsidRPr="00A72671">
        <w:rPr>
          <w:rFonts w:ascii="Segoe UI Symbol" w:hAnsi="Segoe UI Symbol" w:cs="Segoe UI Symbol"/>
          <w:sz w:val="24"/>
          <w:szCs w:val="24"/>
        </w:rPr>
        <w:t>❖</w:t>
      </w:r>
      <w:r w:rsidRPr="00A72671">
        <w:rPr>
          <w:rFonts w:cs="Times New Roman"/>
          <w:sz w:val="24"/>
          <w:szCs w:val="24"/>
        </w:rPr>
        <w:t xml:space="preserve"> Trái phiếu Chính quyền địa phương</w:t>
      </w:r>
      <w:r w:rsidR="00283B25">
        <w:rPr>
          <w:rFonts w:cs="Times New Roman"/>
          <w:sz w:val="24"/>
          <w:szCs w:val="24"/>
        </w:rPr>
        <w:t>;</w:t>
      </w:r>
    </w:p>
    <w:p w14:paraId="6042D59A" w14:textId="77777777" w:rsidR="006B5954" w:rsidRDefault="00000000">
      <w:pPr>
        <w:spacing w:after="20" w:line="240" w:lineRule="auto"/>
        <w:ind w:left="283"/>
        <w:rPr>
          <w:rFonts w:cs="Times New Roman"/>
          <w:sz w:val="24"/>
          <w:szCs w:val="24"/>
        </w:rPr>
      </w:pPr>
      <w:r w:rsidRPr="00A72671">
        <w:rPr>
          <w:rFonts w:ascii="Segoe UI Symbol" w:hAnsi="Segoe UI Symbol" w:cs="Segoe UI Symbol"/>
          <w:sz w:val="24"/>
          <w:szCs w:val="24"/>
        </w:rPr>
        <w:t>❖</w:t>
      </w:r>
      <w:r w:rsidRPr="00A72671">
        <w:rPr>
          <w:rFonts w:cs="Times New Roman"/>
          <w:sz w:val="24"/>
          <w:szCs w:val="24"/>
        </w:rPr>
        <w:t xml:space="preserve"> Tín phiếu Kho bạc</w:t>
      </w:r>
    </w:p>
    <w:p w14:paraId="1C583837" w14:textId="77777777" w:rsidR="00283B25" w:rsidRDefault="00283B25" w:rsidP="002D3483">
      <w:pPr>
        <w:spacing w:after="40" w:line="240" w:lineRule="auto"/>
        <w:rPr>
          <w:rFonts w:cs="Times New Roman"/>
          <w:b/>
          <w:sz w:val="24"/>
          <w:szCs w:val="24"/>
        </w:rPr>
      </w:pPr>
    </w:p>
    <w:p w14:paraId="25E56EC7" w14:textId="3E1D3A21" w:rsidR="00C80629" w:rsidRPr="002D3483" w:rsidRDefault="00C80629" w:rsidP="002D3483">
      <w:pPr>
        <w:spacing w:after="40" w:line="240" w:lineRule="auto"/>
        <w:rPr>
          <w:rFonts w:cs="Times New Roman"/>
          <w:b/>
          <w:sz w:val="24"/>
          <w:szCs w:val="24"/>
        </w:rPr>
      </w:pPr>
      <w:r w:rsidRPr="002D3483">
        <w:rPr>
          <w:rFonts w:cs="Times New Roman"/>
          <w:b/>
          <w:sz w:val="24"/>
          <w:szCs w:val="24"/>
        </w:rPr>
        <w:t xml:space="preserve">2. Đối tượng </w:t>
      </w:r>
      <w:r w:rsidR="00992B78">
        <w:rPr>
          <w:rFonts w:cs="Times New Roman"/>
          <w:b/>
          <w:sz w:val="24"/>
          <w:szCs w:val="24"/>
        </w:rPr>
        <w:t>tham gia</w:t>
      </w:r>
      <w:r w:rsidRPr="002D3483">
        <w:rPr>
          <w:rFonts w:cs="Times New Roman"/>
          <w:b/>
          <w:sz w:val="24"/>
          <w:szCs w:val="24"/>
        </w:rPr>
        <w:t>:</w:t>
      </w:r>
    </w:p>
    <w:p w14:paraId="7972B9CE" w14:textId="2C3DDD52" w:rsidR="00C80629" w:rsidRDefault="00992B78">
      <w:pPr>
        <w:spacing w:after="40" w:line="240" w:lineRule="auto"/>
        <w:rPr>
          <w:rFonts w:cs="Times New Roman"/>
          <w:sz w:val="24"/>
          <w:szCs w:val="24"/>
        </w:rPr>
      </w:pPr>
      <w:r w:rsidRPr="00992B78">
        <w:rPr>
          <w:rFonts w:cs="Times New Roman"/>
          <w:sz w:val="24"/>
          <w:szCs w:val="24"/>
        </w:rPr>
        <w:t>Tất cả các cá nhân và tổ chức trong nước hoặc nước ngoài theo quy định của pháp luật.</w:t>
      </w:r>
    </w:p>
    <w:p w14:paraId="152E68DF" w14:textId="77777777" w:rsidR="00992B78" w:rsidRDefault="00992B78">
      <w:pPr>
        <w:spacing w:after="40" w:line="240" w:lineRule="auto"/>
        <w:rPr>
          <w:rFonts w:cs="Times New Roman"/>
          <w:b/>
          <w:sz w:val="24"/>
          <w:szCs w:val="24"/>
        </w:rPr>
      </w:pPr>
    </w:p>
    <w:p w14:paraId="7F0951B4" w14:textId="4CB5E72E" w:rsidR="006B5954" w:rsidRPr="00A72671" w:rsidRDefault="00000000">
      <w:pPr>
        <w:spacing w:after="40" w:line="240" w:lineRule="auto"/>
        <w:rPr>
          <w:rFonts w:cs="Times New Roman"/>
          <w:sz w:val="24"/>
          <w:szCs w:val="24"/>
        </w:rPr>
      </w:pPr>
      <w:r w:rsidRPr="00A72671">
        <w:rPr>
          <w:rFonts w:cs="Times New Roman"/>
          <w:b/>
          <w:sz w:val="24"/>
          <w:szCs w:val="24"/>
        </w:rPr>
        <w:t>3. Các quy định chung :</w:t>
      </w:r>
    </w:p>
    <w:p w14:paraId="239061A6" w14:textId="389EE808" w:rsidR="006B5954" w:rsidRPr="00A72671" w:rsidRDefault="006B5954">
      <w:pPr>
        <w:spacing w:after="40" w:line="240" w:lineRule="auto"/>
        <w:rPr>
          <w:rFonts w:cs="Times New Roman"/>
          <w:sz w:val="24"/>
          <w:szCs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150"/>
        <w:gridCol w:w="6650"/>
      </w:tblGrid>
      <w:tr w:rsidR="006B5954" w:rsidRPr="00A72671" w14:paraId="1C07B914" w14:textId="77777777">
        <w:trPr>
          <w:jc w:val="center"/>
        </w:trPr>
        <w:tc>
          <w:tcPr>
            <w:tcW w:w="2150" w:type="dxa"/>
            <w:shd w:val="clear" w:color="auto" w:fill="F2F2F2"/>
          </w:tcPr>
          <w:p w14:paraId="74FEEF80" w14:textId="77777777" w:rsidR="006B5954" w:rsidRPr="00A72671" w:rsidRDefault="00000000">
            <w:pPr>
              <w:spacing w:after="20" w:line="240" w:lineRule="auto"/>
              <w:rPr>
                <w:rFonts w:cs="Times New Roman"/>
                <w:sz w:val="24"/>
                <w:szCs w:val="24"/>
              </w:rPr>
            </w:pPr>
            <w:r w:rsidRPr="00A72671">
              <w:rPr>
                <w:rFonts w:cs="Times New Roman"/>
                <w:b/>
                <w:sz w:val="24"/>
                <w:szCs w:val="24"/>
              </w:rPr>
              <w:t>Tham số</w:t>
            </w:r>
          </w:p>
        </w:tc>
        <w:tc>
          <w:tcPr>
            <w:tcW w:w="6650" w:type="dxa"/>
            <w:shd w:val="clear" w:color="auto" w:fill="F2F2F2"/>
          </w:tcPr>
          <w:p w14:paraId="7336E54D" w14:textId="77777777" w:rsidR="006B5954" w:rsidRPr="00A72671" w:rsidRDefault="00000000">
            <w:pPr>
              <w:spacing w:after="20" w:line="240" w:lineRule="auto"/>
              <w:rPr>
                <w:rFonts w:cs="Times New Roman"/>
                <w:sz w:val="24"/>
                <w:szCs w:val="24"/>
              </w:rPr>
            </w:pPr>
            <w:r w:rsidRPr="00A72671">
              <w:rPr>
                <w:rFonts w:cs="Times New Roman"/>
                <w:b/>
                <w:sz w:val="24"/>
                <w:szCs w:val="24"/>
              </w:rPr>
              <w:t>Điều kiện/ Giới hạn/ Giá trị</w:t>
            </w:r>
          </w:p>
        </w:tc>
      </w:tr>
      <w:tr w:rsidR="006B5954" w:rsidRPr="00A72671" w14:paraId="6093AFD7" w14:textId="77777777">
        <w:trPr>
          <w:jc w:val="center"/>
        </w:trPr>
        <w:tc>
          <w:tcPr>
            <w:tcW w:w="2150" w:type="dxa"/>
          </w:tcPr>
          <w:p w14:paraId="6F5402B7" w14:textId="77777777" w:rsidR="006B5954" w:rsidRPr="00A72671" w:rsidRDefault="00000000">
            <w:pPr>
              <w:spacing w:after="20" w:line="240" w:lineRule="auto"/>
              <w:rPr>
                <w:rFonts w:cs="Times New Roman"/>
                <w:sz w:val="24"/>
                <w:szCs w:val="24"/>
              </w:rPr>
            </w:pPr>
            <w:r w:rsidRPr="00A72671">
              <w:rPr>
                <w:rFonts w:cs="Times New Roman"/>
                <w:sz w:val="24"/>
                <w:szCs w:val="24"/>
              </w:rPr>
              <w:t>Thời gian giao dịch</w:t>
            </w:r>
          </w:p>
        </w:tc>
        <w:tc>
          <w:tcPr>
            <w:tcW w:w="6650" w:type="dxa"/>
          </w:tcPr>
          <w:p w14:paraId="4EB9236C" w14:textId="4A1075BF" w:rsidR="006B5954" w:rsidRDefault="00000000">
            <w:pPr>
              <w:spacing w:after="20" w:line="240" w:lineRule="auto"/>
              <w:rPr>
                <w:rFonts w:cs="Times New Roman"/>
                <w:sz w:val="24"/>
                <w:szCs w:val="24"/>
              </w:rPr>
            </w:pPr>
            <w:r w:rsidRPr="00A72671">
              <w:rPr>
                <w:rFonts w:cs="Times New Roman"/>
                <w:sz w:val="24"/>
                <w:szCs w:val="24"/>
              </w:rPr>
              <w:t>Từ thứ 2 đến thứ 6 hàng tuần trừ ngày nghỉ lễ theo quy định S</w:t>
            </w:r>
            <w:r w:rsidR="00901DEF">
              <w:rPr>
                <w:rFonts w:cs="Times New Roman"/>
                <w:sz w:val="24"/>
                <w:szCs w:val="24"/>
              </w:rPr>
              <w:t>ở giao dịch chứng khoán Hà Nội</w:t>
            </w:r>
          </w:p>
          <w:p w14:paraId="2A5C20ED" w14:textId="77777777" w:rsidR="00C80629" w:rsidRPr="00A72671" w:rsidRDefault="00C80629" w:rsidP="00C80629">
            <w:pPr>
              <w:spacing w:after="40" w:line="240" w:lineRule="auto"/>
              <w:ind w:left="340"/>
              <w:rPr>
                <w:rFonts w:cs="Times New Roman"/>
                <w:sz w:val="24"/>
                <w:szCs w:val="24"/>
              </w:rPr>
            </w:pPr>
            <w:r w:rsidRPr="00A72671">
              <w:rPr>
                <w:rFonts w:ascii="Segoe UI Symbol" w:hAnsi="Segoe UI Symbol" w:cs="Segoe UI Symbol"/>
                <w:sz w:val="24"/>
                <w:szCs w:val="24"/>
              </w:rPr>
              <w:t>✓</w:t>
            </w:r>
            <w:r w:rsidRPr="00A72671">
              <w:rPr>
                <w:rFonts w:cs="Times New Roman"/>
                <w:sz w:val="24"/>
                <w:szCs w:val="24"/>
              </w:rPr>
              <w:t xml:space="preserve"> Phiên buổi sáng: từ 9h00 đến 11h30.</w:t>
            </w:r>
          </w:p>
          <w:p w14:paraId="0C7BEA68" w14:textId="1C255015" w:rsidR="00C80629" w:rsidRDefault="00C80629" w:rsidP="00C80629">
            <w:pPr>
              <w:spacing w:after="40" w:line="240" w:lineRule="auto"/>
              <w:ind w:left="340"/>
              <w:rPr>
                <w:rFonts w:cs="Times New Roman"/>
                <w:sz w:val="24"/>
                <w:szCs w:val="24"/>
              </w:rPr>
            </w:pPr>
            <w:r w:rsidRPr="00A72671">
              <w:rPr>
                <w:rFonts w:ascii="Segoe UI Symbol" w:hAnsi="Segoe UI Symbol" w:cs="Segoe UI Symbol"/>
                <w:sz w:val="24"/>
                <w:szCs w:val="24"/>
              </w:rPr>
              <w:t>✓</w:t>
            </w:r>
            <w:r w:rsidRPr="00A72671">
              <w:rPr>
                <w:rFonts w:cs="Times New Roman"/>
                <w:sz w:val="24"/>
                <w:szCs w:val="24"/>
              </w:rPr>
              <w:t xml:space="preserve"> Phiên buổi chiều: từ 13h00 đến 14h45</w:t>
            </w:r>
          </w:p>
          <w:p w14:paraId="04F90724" w14:textId="187F3D8E" w:rsidR="00B4641C" w:rsidRPr="00B4641C" w:rsidRDefault="00B4641C" w:rsidP="00B4641C">
            <w:pPr>
              <w:pStyle w:val="ListParagraph"/>
              <w:spacing w:after="40" w:line="240" w:lineRule="auto"/>
              <w:ind w:left="288"/>
              <w:rPr>
                <w:rFonts w:cs="Times New Roman"/>
                <w:sz w:val="24"/>
                <w:szCs w:val="24"/>
              </w:rPr>
            </w:pPr>
            <w:r>
              <w:rPr>
                <w:rFonts w:ascii="Segoe UI Symbol" w:hAnsi="Segoe UI Symbol" w:cs="Segoe UI Symbol"/>
                <w:sz w:val="24"/>
                <w:szCs w:val="24"/>
              </w:rPr>
              <w:t xml:space="preserve"> </w:t>
            </w:r>
            <w:r w:rsidRPr="00A72671">
              <w:rPr>
                <w:rFonts w:ascii="Segoe UI Symbol" w:hAnsi="Segoe UI Symbol" w:cs="Segoe UI Symbol"/>
                <w:sz w:val="24"/>
                <w:szCs w:val="24"/>
              </w:rPr>
              <w:t>✓</w:t>
            </w:r>
            <w:r w:rsidRPr="00B4641C">
              <w:rPr>
                <w:rFonts w:cs="Times New Roman"/>
                <w:sz w:val="24"/>
                <w:szCs w:val="24"/>
              </w:rPr>
              <w:t>Thời gian thỏa thuận, báo cáo giao dịch chưa tới ngày giao dịch vào hệ thống giao dịch công cụ nợ được kéo dài tới 17h00.</w:t>
            </w:r>
          </w:p>
        </w:tc>
      </w:tr>
      <w:tr w:rsidR="006B5954" w:rsidRPr="00A72671" w14:paraId="23C3BEA1" w14:textId="77777777">
        <w:trPr>
          <w:jc w:val="center"/>
        </w:trPr>
        <w:tc>
          <w:tcPr>
            <w:tcW w:w="2150" w:type="dxa"/>
          </w:tcPr>
          <w:p w14:paraId="1CCDBB0D" w14:textId="77777777" w:rsidR="006B5954" w:rsidRPr="00A72671" w:rsidRDefault="00000000">
            <w:pPr>
              <w:spacing w:after="20" w:line="240" w:lineRule="auto"/>
              <w:rPr>
                <w:rFonts w:cs="Times New Roman"/>
                <w:sz w:val="24"/>
                <w:szCs w:val="24"/>
              </w:rPr>
            </w:pPr>
            <w:r w:rsidRPr="00A72671">
              <w:rPr>
                <w:rFonts w:cs="Times New Roman"/>
                <w:sz w:val="24"/>
                <w:szCs w:val="24"/>
              </w:rPr>
              <w:t>Phương thức giao dịch</w:t>
            </w:r>
          </w:p>
        </w:tc>
        <w:tc>
          <w:tcPr>
            <w:tcW w:w="6650" w:type="dxa"/>
          </w:tcPr>
          <w:p w14:paraId="1B8DA370" w14:textId="77777777" w:rsidR="006B5954" w:rsidRPr="00A72671" w:rsidRDefault="00000000">
            <w:pPr>
              <w:spacing w:after="20" w:line="240" w:lineRule="auto"/>
              <w:rPr>
                <w:rFonts w:cs="Times New Roman"/>
                <w:sz w:val="24"/>
                <w:szCs w:val="24"/>
              </w:rPr>
            </w:pPr>
            <w:r w:rsidRPr="00A72671">
              <w:rPr>
                <w:rFonts w:cs="Times New Roman"/>
                <w:sz w:val="24"/>
                <w:szCs w:val="24"/>
              </w:rPr>
              <w:t>Giao dịch thoả thuận.</w:t>
            </w:r>
          </w:p>
        </w:tc>
      </w:tr>
      <w:tr w:rsidR="006B5954" w:rsidRPr="00A72671" w14:paraId="58A90EF5" w14:textId="77777777">
        <w:trPr>
          <w:jc w:val="center"/>
        </w:trPr>
        <w:tc>
          <w:tcPr>
            <w:tcW w:w="2150" w:type="dxa"/>
          </w:tcPr>
          <w:p w14:paraId="2774F025" w14:textId="77777777" w:rsidR="006B5954" w:rsidRPr="00A72671" w:rsidRDefault="00000000">
            <w:pPr>
              <w:spacing w:after="20" w:line="240" w:lineRule="auto"/>
              <w:rPr>
                <w:rFonts w:cs="Times New Roman"/>
                <w:sz w:val="24"/>
                <w:szCs w:val="24"/>
              </w:rPr>
            </w:pPr>
            <w:r w:rsidRPr="00A72671">
              <w:rPr>
                <w:rFonts w:cs="Times New Roman"/>
                <w:sz w:val="24"/>
                <w:szCs w:val="24"/>
              </w:rPr>
              <w:t>Loại hình giao dịch</w:t>
            </w:r>
          </w:p>
        </w:tc>
        <w:tc>
          <w:tcPr>
            <w:tcW w:w="6650" w:type="dxa"/>
          </w:tcPr>
          <w:p w14:paraId="4C2D841F" w14:textId="77777777" w:rsidR="006B5954" w:rsidRPr="00A72671" w:rsidRDefault="00000000">
            <w:pPr>
              <w:spacing w:after="20" w:line="240" w:lineRule="auto"/>
              <w:rPr>
                <w:rFonts w:cs="Times New Roman"/>
                <w:sz w:val="24"/>
                <w:szCs w:val="24"/>
              </w:rPr>
            </w:pPr>
            <w:r w:rsidRPr="00A72671">
              <w:rPr>
                <w:rFonts w:cs="Times New Roman"/>
                <w:sz w:val="24"/>
                <w:szCs w:val="24"/>
              </w:rPr>
              <w:t>Giao dịch mua bán thông thường (Outright).</w:t>
            </w:r>
          </w:p>
          <w:p w14:paraId="09327A73" w14:textId="77777777" w:rsidR="006B5954" w:rsidRPr="00A72671" w:rsidRDefault="00000000">
            <w:pPr>
              <w:spacing w:after="20" w:line="240" w:lineRule="auto"/>
              <w:rPr>
                <w:rFonts w:cs="Times New Roman"/>
                <w:sz w:val="24"/>
                <w:szCs w:val="24"/>
              </w:rPr>
            </w:pPr>
            <w:r w:rsidRPr="00A72671">
              <w:rPr>
                <w:rFonts w:cs="Times New Roman"/>
                <w:sz w:val="24"/>
                <w:szCs w:val="24"/>
              </w:rPr>
              <w:t>Giao dịch mua bán lại (Repos).</w:t>
            </w:r>
          </w:p>
          <w:p w14:paraId="70903171" w14:textId="77777777" w:rsidR="006B5954" w:rsidRPr="00A72671" w:rsidRDefault="00000000">
            <w:pPr>
              <w:spacing w:after="20" w:line="240" w:lineRule="auto"/>
              <w:rPr>
                <w:rFonts w:cs="Times New Roman"/>
                <w:sz w:val="24"/>
                <w:szCs w:val="24"/>
              </w:rPr>
            </w:pPr>
            <w:r w:rsidRPr="00A72671">
              <w:rPr>
                <w:rFonts w:cs="Times New Roman"/>
                <w:sz w:val="24"/>
                <w:szCs w:val="24"/>
              </w:rPr>
              <w:t>Giao dịch Bán kết hợp mua lại (SBB).</w:t>
            </w:r>
          </w:p>
          <w:p w14:paraId="47BA7F0E" w14:textId="1D163AA9" w:rsidR="006B5954" w:rsidRPr="00A72671" w:rsidRDefault="00000000">
            <w:pPr>
              <w:spacing w:after="20" w:line="240" w:lineRule="auto"/>
              <w:rPr>
                <w:rFonts w:cs="Times New Roman"/>
                <w:sz w:val="24"/>
                <w:szCs w:val="24"/>
              </w:rPr>
            </w:pPr>
            <w:r w:rsidRPr="00A72671">
              <w:rPr>
                <w:rFonts w:cs="Times New Roman"/>
                <w:sz w:val="24"/>
                <w:szCs w:val="24"/>
              </w:rPr>
              <w:t>Giao dịch vay trái phiếu (SBL)</w:t>
            </w:r>
          </w:p>
        </w:tc>
      </w:tr>
      <w:tr w:rsidR="006B5954" w:rsidRPr="00A72671" w14:paraId="6BE3AA36" w14:textId="77777777">
        <w:trPr>
          <w:jc w:val="center"/>
        </w:trPr>
        <w:tc>
          <w:tcPr>
            <w:tcW w:w="2150" w:type="dxa"/>
          </w:tcPr>
          <w:p w14:paraId="35054520" w14:textId="6761E37D"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br w:type="page"/>
              <w:t>Loại lệnh</w:t>
            </w:r>
          </w:p>
        </w:tc>
        <w:tc>
          <w:tcPr>
            <w:tcW w:w="6650" w:type="dxa"/>
          </w:tcPr>
          <w:p w14:paraId="2639AE60" w14:textId="77777777"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 Giao dịch Outright:</w:t>
            </w:r>
          </w:p>
          <w:p w14:paraId="0DE352DF" w14:textId="77777777" w:rsidR="006B5954" w:rsidRPr="00A72671" w:rsidRDefault="00000000" w:rsidP="00901DEF">
            <w:pPr>
              <w:widowControl w:val="0"/>
              <w:spacing w:after="20" w:line="240" w:lineRule="auto"/>
              <w:ind w:left="430"/>
              <w:rPr>
                <w:rFonts w:cs="Times New Roman"/>
                <w:sz w:val="24"/>
                <w:szCs w:val="24"/>
              </w:rPr>
            </w:pPr>
            <w:r w:rsidRPr="00A72671">
              <w:rPr>
                <w:rFonts w:cs="Times New Roman"/>
                <w:sz w:val="24"/>
                <w:szCs w:val="24"/>
              </w:rPr>
              <w:t>▪ Lệnh thỏa thuận điện tử toàn thị trường;</w:t>
            </w:r>
          </w:p>
          <w:p w14:paraId="64EEFF1D" w14:textId="77777777" w:rsidR="006B5954" w:rsidRPr="00A72671" w:rsidRDefault="00000000" w:rsidP="00901DEF">
            <w:pPr>
              <w:widowControl w:val="0"/>
              <w:spacing w:after="20" w:line="240" w:lineRule="auto"/>
              <w:ind w:left="430"/>
              <w:rPr>
                <w:rFonts w:cs="Times New Roman"/>
                <w:sz w:val="24"/>
                <w:szCs w:val="24"/>
              </w:rPr>
            </w:pPr>
            <w:r w:rsidRPr="00A72671">
              <w:rPr>
                <w:rFonts w:cs="Times New Roman"/>
                <w:sz w:val="24"/>
                <w:szCs w:val="24"/>
              </w:rPr>
              <w:t>▪ Lệnh thỏa thuận điện tử tùy chọn;</w:t>
            </w:r>
          </w:p>
          <w:p w14:paraId="3FBDEE07" w14:textId="77777777" w:rsidR="006B5954" w:rsidRPr="00A72671" w:rsidRDefault="00000000" w:rsidP="00901DEF">
            <w:pPr>
              <w:widowControl w:val="0"/>
              <w:spacing w:after="20" w:line="240" w:lineRule="auto"/>
              <w:ind w:left="430"/>
              <w:rPr>
                <w:rFonts w:cs="Times New Roman"/>
                <w:sz w:val="24"/>
                <w:szCs w:val="24"/>
              </w:rPr>
            </w:pPr>
            <w:r w:rsidRPr="00A72671">
              <w:rPr>
                <w:rFonts w:cs="Times New Roman"/>
                <w:sz w:val="24"/>
                <w:szCs w:val="24"/>
              </w:rPr>
              <w:t>▪ Lệnh báo cáo giao dịch.</w:t>
            </w:r>
          </w:p>
          <w:p w14:paraId="74614AFF" w14:textId="77777777"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 Giao dịch Repos, Giao dịch SBB và Giao dịch SBL:</w:t>
            </w:r>
          </w:p>
          <w:p w14:paraId="53870B47" w14:textId="77777777" w:rsidR="006B5954" w:rsidRPr="00A72671" w:rsidRDefault="00000000" w:rsidP="00901DEF">
            <w:pPr>
              <w:widowControl w:val="0"/>
              <w:spacing w:after="20" w:line="240" w:lineRule="auto"/>
              <w:ind w:left="430"/>
              <w:rPr>
                <w:rFonts w:cs="Times New Roman"/>
                <w:sz w:val="24"/>
                <w:szCs w:val="24"/>
              </w:rPr>
            </w:pPr>
            <w:r w:rsidRPr="00A72671">
              <w:rPr>
                <w:rFonts w:cs="Times New Roman"/>
                <w:sz w:val="24"/>
                <w:szCs w:val="24"/>
              </w:rPr>
              <w:t>▪ Lệnh thỏa thuận điện tử tùy chọn;</w:t>
            </w:r>
          </w:p>
          <w:p w14:paraId="7EC87955" w14:textId="77777777" w:rsidR="006B5954" w:rsidRPr="00A72671" w:rsidRDefault="00000000" w:rsidP="00901DEF">
            <w:pPr>
              <w:widowControl w:val="0"/>
              <w:spacing w:after="20" w:line="240" w:lineRule="auto"/>
              <w:ind w:left="430"/>
              <w:rPr>
                <w:rFonts w:cs="Times New Roman"/>
                <w:sz w:val="24"/>
                <w:szCs w:val="24"/>
              </w:rPr>
            </w:pPr>
            <w:r w:rsidRPr="00A72671">
              <w:rPr>
                <w:rFonts w:cs="Times New Roman"/>
                <w:sz w:val="24"/>
                <w:szCs w:val="24"/>
              </w:rPr>
              <w:t>▪ Lệnh báo cáo giao dịch.</w:t>
            </w:r>
          </w:p>
        </w:tc>
      </w:tr>
      <w:tr w:rsidR="006B5954" w:rsidRPr="00A72671" w14:paraId="6DE654DC" w14:textId="77777777">
        <w:trPr>
          <w:jc w:val="center"/>
        </w:trPr>
        <w:tc>
          <w:tcPr>
            <w:tcW w:w="2150" w:type="dxa"/>
          </w:tcPr>
          <w:p w14:paraId="12940943" w14:textId="77777777"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Mệnh giá</w:t>
            </w:r>
          </w:p>
        </w:tc>
        <w:tc>
          <w:tcPr>
            <w:tcW w:w="6650" w:type="dxa"/>
          </w:tcPr>
          <w:p w14:paraId="54341A6B" w14:textId="73E0C0D9"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100.000 đồng hoặc bội số của 100.000 đồng</w:t>
            </w:r>
          </w:p>
        </w:tc>
      </w:tr>
      <w:tr w:rsidR="006B5954" w:rsidRPr="00A72671" w14:paraId="4E75B38F" w14:textId="77777777">
        <w:trPr>
          <w:jc w:val="center"/>
        </w:trPr>
        <w:tc>
          <w:tcPr>
            <w:tcW w:w="2150" w:type="dxa"/>
          </w:tcPr>
          <w:p w14:paraId="38525B88" w14:textId="77777777"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Đơn vị giao dịch</w:t>
            </w:r>
          </w:p>
        </w:tc>
        <w:tc>
          <w:tcPr>
            <w:tcW w:w="6650" w:type="dxa"/>
          </w:tcPr>
          <w:p w14:paraId="4A8E418E" w14:textId="77777777"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01 công cụ nợ</w:t>
            </w:r>
          </w:p>
        </w:tc>
      </w:tr>
      <w:tr w:rsidR="006B5954" w:rsidRPr="00A72671" w14:paraId="0CDCAE55" w14:textId="77777777">
        <w:trPr>
          <w:jc w:val="center"/>
        </w:trPr>
        <w:tc>
          <w:tcPr>
            <w:tcW w:w="2150" w:type="dxa"/>
          </w:tcPr>
          <w:p w14:paraId="14766006" w14:textId="77777777"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Biên độ dao động giá</w:t>
            </w:r>
          </w:p>
        </w:tc>
        <w:tc>
          <w:tcPr>
            <w:tcW w:w="6650" w:type="dxa"/>
          </w:tcPr>
          <w:p w14:paraId="1C4E8F50" w14:textId="77777777"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Không quy định.</w:t>
            </w:r>
          </w:p>
        </w:tc>
      </w:tr>
      <w:tr w:rsidR="006B5954" w:rsidRPr="00A72671" w14:paraId="46FB7D7F" w14:textId="77777777">
        <w:trPr>
          <w:jc w:val="center"/>
        </w:trPr>
        <w:tc>
          <w:tcPr>
            <w:tcW w:w="2150" w:type="dxa"/>
          </w:tcPr>
          <w:p w14:paraId="0918A42F" w14:textId="77777777"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Đơn vị yết giá</w:t>
            </w:r>
          </w:p>
        </w:tc>
        <w:tc>
          <w:tcPr>
            <w:tcW w:w="6650" w:type="dxa"/>
          </w:tcPr>
          <w:p w14:paraId="115F667C" w14:textId="77777777"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Đơn vị của giá yết quy định là một (01) đồng.</w:t>
            </w:r>
          </w:p>
          <w:p w14:paraId="13EB5A7F" w14:textId="77777777"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Đơn vị của giá thực hiện do hệ thống tính được làm tròn đến đồng</w:t>
            </w:r>
          </w:p>
        </w:tc>
      </w:tr>
      <w:tr w:rsidR="006B5954" w:rsidRPr="00A72671" w14:paraId="0B052385" w14:textId="77777777">
        <w:trPr>
          <w:jc w:val="center"/>
        </w:trPr>
        <w:tc>
          <w:tcPr>
            <w:tcW w:w="2150" w:type="dxa"/>
          </w:tcPr>
          <w:p w14:paraId="390A564A" w14:textId="3079E9EF"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 xml:space="preserve">Khối lượng giao dịch </w:t>
            </w:r>
          </w:p>
        </w:tc>
        <w:tc>
          <w:tcPr>
            <w:tcW w:w="6650" w:type="dxa"/>
          </w:tcPr>
          <w:p w14:paraId="5E2C6E20" w14:textId="77777777" w:rsidR="006B5954" w:rsidRDefault="00992B78" w:rsidP="00A72671">
            <w:pPr>
              <w:widowControl w:val="0"/>
              <w:spacing w:after="20" w:line="240" w:lineRule="auto"/>
              <w:rPr>
                <w:rFonts w:cs="Times New Roman"/>
                <w:sz w:val="24"/>
                <w:szCs w:val="24"/>
              </w:rPr>
            </w:pPr>
            <w:r>
              <w:rPr>
                <w:rFonts w:cs="Times New Roman"/>
                <w:sz w:val="24"/>
                <w:szCs w:val="24"/>
              </w:rPr>
              <w:t>Lô chẵn: 100 công cụ nợ trở lên</w:t>
            </w:r>
          </w:p>
          <w:p w14:paraId="74055119" w14:textId="29ED9ED6" w:rsidR="00992B78" w:rsidRPr="00A72671" w:rsidRDefault="00992B78" w:rsidP="00A72671">
            <w:pPr>
              <w:widowControl w:val="0"/>
              <w:spacing w:after="20" w:line="240" w:lineRule="auto"/>
              <w:rPr>
                <w:rFonts w:cs="Times New Roman"/>
                <w:sz w:val="24"/>
                <w:szCs w:val="24"/>
              </w:rPr>
            </w:pPr>
            <w:r>
              <w:rPr>
                <w:rFonts w:cs="Times New Roman"/>
                <w:sz w:val="24"/>
                <w:szCs w:val="24"/>
              </w:rPr>
              <w:t>Lô lẻ: từ 01-99 công cụ nợ</w:t>
            </w:r>
          </w:p>
        </w:tc>
      </w:tr>
      <w:tr w:rsidR="006B5954" w:rsidRPr="00A72671" w14:paraId="5EB74D15" w14:textId="77777777">
        <w:trPr>
          <w:jc w:val="center"/>
        </w:trPr>
        <w:tc>
          <w:tcPr>
            <w:tcW w:w="2150" w:type="dxa"/>
          </w:tcPr>
          <w:p w14:paraId="5F306D79" w14:textId="77777777"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Phương thức thanh toán</w:t>
            </w:r>
          </w:p>
        </w:tc>
        <w:tc>
          <w:tcPr>
            <w:tcW w:w="6650" w:type="dxa"/>
          </w:tcPr>
          <w:p w14:paraId="5FE491B9" w14:textId="354C9167" w:rsidR="006B5954" w:rsidRPr="00A72671" w:rsidRDefault="00000000" w:rsidP="00A72671">
            <w:pPr>
              <w:widowControl w:val="0"/>
              <w:spacing w:after="20" w:line="240" w:lineRule="auto"/>
              <w:rPr>
                <w:rFonts w:cs="Times New Roman"/>
                <w:sz w:val="24"/>
                <w:szCs w:val="24"/>
              </w:rPr>
            </w:pPr>
            <w:r w:rsidRPr="00A72671">
              <w:rPr>
                <w:rFonts w:cs="Times New Roman"/>
                <w:sz w:val="24"/>
                <w:szCs w:val="24"/>
              </w:rPr>
              <w:t>Thanh toán</w:t>
            </w:r>
            <w:r w:rsidR="00580BD0">
              <w:rPr>
                <w:rFonts w:cs="Times New Roman"/>
                <w:sz w:val="24"/>
                <w:szCs w:val="24"/>
              </w:rPr>
              <w:t xml:space="preserve"> </w:t>
            </w:r>
            <w:r w:rsidRPr="00A72671">
              <w:rPr>
                <w:rFonts w:cs="Times New Roman"/>
                <w:sz w:val="24"/>
                <w:szCs w:val="24"/>
              </w:rPr>
              <w:t xml:space="preserve"> T+1.</w:t>
            </w:r>
          </w:p>
        </w:tc>
      </w:tr>
      <w:tr w:rsidR="006B5954" w:rsidRPr="00A72671" w14:paraId="75325BBB" w14:textId="77777777">
        <w:trPr>
          <w:jc w:val="center"/>
        </w:trPr>
        <w:tc>
          <w:tcPr>
            <w:tcW w:w="2150" w:type="dxa"/>
          </w:tcPr>
          <w:p w14:paraId="76CEAB45" w14:textId="31611877" w:rsidR="006B5954" w:rsidRPr="00A72671" w:rsidRDefault="00000000">
            <w:pPr>
              <w:spacing w:after="20" w:line="240" w:lineRule="auto"/>
              <w:rPr>
                <w:rFonts w:cs="Times New Roman"/>
                <w:sz w:val="24"/>
                <w:szCs w:val="24"/>
              </w:rPr>
            </w:pPr>
            <w:r w:rsidRPr="00A72671">
              <w:rPr>
                <w:rFonts w:cs="Times New Roman"/>
                <w:sz w:val="24"/>
                <w:szCs w:val="24"/>
              </w:rPr>
              <w:br w:type="page"/>
              <w:t>Sửa/ Hủy lệnh trong giờ giao dịch</w:t>
            </w:r>
          </w:p>
        </w:tc>
        <w:tc>
          <w:tcPr>
            <w:tcW w:w="6650" w:type="dxa"/>
          </w:tcPr>
          <w:p w14:paraId="718D5F1D" w14:textId="77777777" w:rsidR="006B5954" w:rsidRPr="00A72671" w:rsidRDefault="00000000">
            <w:pPr>
              <w:spacing w:after="20" w:line="240" w:lineRule="auto"/>
              <w:rPr>
                <w:rFonts w:cs="Times New Roman"/>
                <w:sz w:val="24"/>
                <w:szCs w:val="24"/>
              </w:rPr>
            </w:pPr>
            <w:r w:rsidRPr="00A72671">
              <w:rPr>
                <w:rFonts w:cs="Times New Roman"/>
                <w:sz w:val="24"/>
                <w:szCs w:val="24"/>
              </w:rPr>
              <w:t>+ Được phép hủy/ sửa lệnh giao dịch chưa được thực hiện.</w:t>
            </w:r>
          </w:p>
          <w:p w14:paraId="5786CED9" w14:textId="77777777" w:rsidR="006B5954" w:rsidRPr="00A72671" w:rsidRDefault="00000000">
            <w:pPr>
              <w:spacing w:after="20" w:line="240" w:lineRule="auto"/>
              <w:rPr>
                <w:rFonts w:cs="Times New Roman"/>
                <w:sz w:val="24"/>
                <w:szCs w:val="24"/>
              </w:rPr>
            </w:pPr>
            <w:r w:rsidRPr="00A72671">
              <w:rPr>
                <w:rFonts w:cs="Times New Roman"/>
                <w:sz w:val="24"/>
                <w:szCs w:val="24"/>
              </w:rPr>
              <w:t>+ Được phép thực hiện xin sửa lệnh đã được thực hiện trong thời gian giao dịch khi:</w:t>
            </w:r>
          </w:p>
          <w:p w14:paraId="69BA49A6" w14:textId="77777777" w:rsidR="006B5954" w:rsidRPr="00A72671" w:rsidRDefault="00000000">
            <w:pPr>
              <w:spacing w:after="20" w:line="240" w:lineRule="auto"/>
              <w:rPr>
                <w:rFonts w:cs="Times New Roman"/>
                <w:sz w:val="24"/>
                <w:szCs w:val="24"/>
              </w:rPr>
            </w:pPr>
            <w:r w:rsidRPr="00A72671">
              <w:rPr>
                <w:rFonts w:cs="Times New Roman"/>
                <w:sz w:val="24"/>
                <w:szCs w:val="24"/>
              </w:rPr>
              <w:t>- Được sự đồng thuận của các bên đối tác tham gia giao dịch;</w:t>
            </w:r>
          </w:p>
          <w:p w14:paraId="2AA857F2" w14:textId="77777777" w:rsidR="006B5954" w:rsidRPr="00A72671" w:rsidRDefault="00000000">
            <w:pPr>
              <w:spacing w:after="20" w:line="240" w:lineRule="auto"/>
              <w:rPr>
                <w:rFonts w:cs="Times New Roman"/>
                <w:sz w:val="24"/>
                <w:szCs w:val="24"/>
              </w:rPr>
            </w:pPr>
            <w:r w:rsidRPr="00A72671">
              <w:rPr>
                <w:rFonts w:cs="Times New Roman"/>
                <w:sz w:val="24"/>
                <w:szCs w:val="24"/>
              </w:rPr>
              <w:t>- Có lý do sửa hợp lý.</w:t>
            </w:r>
          </w:p>
          <w:p w14:paraId="1742B54F" w14:textId="7158090C" w:rsidR="006B5954" w:rsidRPr="00A72671" w:rsidRDefault="00000000">
            <w:pPr>
              <w:spacing w:after="20" w:line="240" w:lineRule="auto"/>
              <w:rPr>
                <w:rFonts w:cs="Times New Roman"/>
                <w:sz w:val="24"/>
                <w:szCs w:val="24"/>
              </w:rPr>
            </w:pPr>
            <w:r w:rsidRPr="00A72671">
              <w:rPr>
                <w:rFonts w:cs="Times New Roman"/>
                <w:sz w:val="24"/>
                <w:szCs w:val="24"/>
              </w:rPr>
              <w:t>- Được S</w:t>
            </w:r>
            <w:r w:rsidR="00901DEF">
              <w:rPr>
                <w:rFonts w:cs="Times New Roman"/>
                <w:sz w:val="24"/>
                <w:szCs w:val="24"/>
              </w:rPr>
              <w:t xml:space="preserve">ở giao dịch chứng khoán Hà Nội </w:t>
            </w:r>
            <w:r w:rsidRPr="00A72671">
              <w:rPr>
                <w:rFonts w:cs="Times New Roman"/>
                <w:sz w:val="24"/>
                <w:szCs w:val="24"/>
              </w:rPr>
              <w:t>chấp thuận;</w:t>
            </w:r>
          </w:p>
        </w:tc>
      </w:tr>
      <w:tr w:rsidR="00385660" w:rsidRPr="00A72671" w14:paraId="6D425AF2" w14:textId="77777777">
        <w:trPr>
          <w:jc w:val="center"/>
        </w:trPr>
        <w:tc>
          <w:tcPr>
            <w:tcW w:w="2150" w:type="dxa"/>
          </w:tcPr>
          <w:p w14:paraId="426A8694" w14:textId="5101D44B" w:rsidR="00385660" w:rsidRPr="00A72671" w:rsidRDefault="00385660">
            <w:pPr>
              <w:spacing w:after="20" w:line="240" w:lineRule="auto"/>
              <w:rPr>
                <w:rFonts w:cs="Times New Roman"/>
                <w:sz w:val="24"/>
                <w:szCs w:val="24"/>
              </w:rPr>
            </w:pPr>
            <w:r>
              <w:rPr>
                <w:rFonts w:cs="Times New Roman"/>
                <w:sz w:val="24"/>
                <w:szCs w:val="24"/>
              </w:rPr>
              <w:lastRenderedPageBreak/>
              <w:t>Thời hạn hiệu lực của lệnh</w:t>
            </w:r>
          </w:p>
        </w:tc>
        <w:tc>
          <w:tcPr>
            <w:tcW w:w="6650" w:type="dxa"/>
          </w:tcPr>
          <w:p w14:paraId="24EF27AE" w14:textId="46F23500" w:rsidR="00385660" w:rsidRPr="00385660" w:rsidRDefault="00385660" w:rsidP="00385660">
            <w:pPr>
              <w:pStyle w:val="ListParagraph"/>
              <w:numPr>
                <w:ilvl w:val="0"/>
                <w:numId w:val="13"/>
              </w:numPr>
              <w:spacing w:after="20" w:line="240" w:lineRule="auto"/>
              <w:ind w:left="288"/>
              <w:rPr>
                <w:rFonts w:cs="Times New Roman"/>
                <w:sz w:val="24"/>
                <w:szCs w:val="24"/>
                <w:lang w:val="vi-VN"/>
              </w:rPr>
            </w:pPr>
            <w:r w:rsidRPr="00385660">
              <w:rPr>
                <w:rFonts w:cs="Times New Roman"/>
                <w:sz w:val="24"/>
                <w:szCs w:val="24"/>
                <w:lang w:val="vi-VN"/>
              </w:rPr>
              <w:t>Lệnh có hiệu lực kể từ khi lệnh được nhập vào hệ thống cho đến khi kết thúc thời gian giao dịch hoặc cho đến khi lệnh được hủy bỏ.</w:t>
            </w:r>
          </w:p>
          <w:p w14:paraId="05D211AF" w14:textId="3CE9A65A" w:rsidR="00385660" w:rsidRPr="00385660" w:rsidRDefault="00385660" w:rsidP="00385660">
            <w:pPr>
              <w:pStyle w:val="ListParagraph"/>
              <w:numPr>
                <w:ilvl w:val="0"/>
                <w:numId w:val="13"/>
              </w:numPr>
              <w:spacing w:after="20" w:line="240" w:lineRule="auto"/>
              <w:ind w:left="288"/>
              <w:rPr>
                <w:rFonts w:cs="Times New Roman"/>
                <w:sz w:val="24"/>
                <w:szCs w:val="24"/>
                <w:lang w:val="vi-VN"/>
              </w:rPr>
            </w:pPr>
            <w:r w:rsidRPr="00385660">
              <w:rPr>
                <w:rFonts w:cs="Times New Roman"/>
                <w:sz w:val="24"/>
                <w:szCs w:val="24"/>
                <w:lang w:val="vi-VN"/>
              </w:rPr>
              <w:t>Đối với lệnh thỏa thuận đã thực hiện chưa đến ngày giao dịch, lệnh có hiệu lực cho đến khi kết thúc ngày giao dịch hoặc cho đến khi lệnh được hủy bỏ.</w:t>
            </w:r>
          </w:p>
          <w:p w14:paraId="0BB9AD84" w14:textId="77777777" w:rsidR="00385660" w:rsidRPr="00A72671" w:rsidRDefault="00385660">
            <w:pPr>
              <w:spacing w:after="20" w:line="240" w:lineRule="auto"/>
              <w:rPr>
                <w:rFonts w:cs="Times New Roman"/>
                <w:sz w:val="24"/>
                <w:szCs w:val="24"/>
              </w:rPr>
            </w:pPr>
          </w:p>
        </w:tc>
      </w:tr>
    </w:tbl>
    <w:p w14:paraId="7C73D307" w14:textId="77777777" w:rsidR="002D3483" w:rsidRDefault="002D3483" w:rsidP="00A72671">
      <w:pPr>
        <w:widowControl w:val="0"/>
        <w:spacing w:after="40" w:line="240" w:lineRule="auto"/>
        <w:rPr>
          <w:rFonts w:cs="Times New Roman"/>
          <w:b/>
          <w:sz w:val="24"/>
          <w:szCs w:val="24"/>
        </w:rPr>
      </w:pPr>
    </w:p>
    <w:p w14:paraId="4FB90350" w14:textId="5B26D986" w:rsidR="006B5954" w:rsidRPr="00A72671" w:rsidRDefault="00000000" w:rsidP="00A72671">
      <w:pPr>
        <w:widowControl w:val="0"/>
        <w:spacing w:after="40" w:line="240" w:lineRule="auto"/>
        <w:rPr>
          <w:rFonts w:cs="Times New Roman"/>
          <w:sz w:val="24"/>
          <w:szCs w:val="24"/>
        </w:rPr>
      </w:pPr>
      <w:r w:rsidRPr="00A72671">
        <w:rPr>
          <w:rFonts w:cs="Times New Roman"/>
          <w:b/>
          <w:sz w:val="24"/>
          <w:szCs w:val="24"/>
        </w:rPr>
        <w:t xml:space="preserve">4. </w:t>
      </w:r>
      <w:r w:rsidR="00856C4B">
        <w:rPr>
          <w:rFonts w:cs="Times New Roman"/>
          <w:b/>
          <w:sz w:val="24"/>
          <w:szCs w:val="24"/>
        </w:rPr>
        <w:t>Quy trình giao dịch</w:t>
      </w:r>
    </w:p>
    <w:p w14:paraId="41DF895A" w14:textId="37AFD474" w:rsidR="00856C4B" w:rsidRPr="00856C4B" w:rsidRDefault="00856C4B" w:rsidP="00A72671">
      <w:pPr>
        <w:widowControl w:val="0"/>
        <w:spacing w:after="40" w:line="240" w:lineRule="auto"/>
        <w:rPr>
          <w:rFonts w:cs="Times New Roman"/>
          <w:bCs/>
          <w:sz w:val="24"/>
          <w:szCs w:val="24"/>
        </w:rPr>
      </w:pPr>
      <w:r w:rsidRPr="00856C4B">
        <w:rPr>
          <w:rFonts w:cs="Times New Roman"/>
          <w:bCs/>
          <w:sz w:val="24"/>
          <w:szCs w:val="24"/>
        </w:rPr>
        <w:t xml:space="preserve">Để </w:t>
      </w:r>
      <w:r w:rsidR="00B73F48">
        <w:rPr>
          <w:rFonts w:cs="Times New Roman"/>
          <w:bCs/>
          <w:sz w:val="24"/>
          <w:szCs w:val="24"/>
        </w:rPr>
        <w:t xml:space="preserve">tham gia giao dịch công cụ nợ </w:t>
      </w:r>
      <w:r w:rsidRPr="00856C4B">
        <w:rPr>
          <w:rFonts w:cs="Times New Roman"/>
          <w:bCs/>
          <w:sz w:val="24"/>
          <w:szCs w:val="24"/>
        </w:rPr>
        <w:t xml:space="preserve">tại PSI, Nhà đầu tư (NĐT) vui lòng thực hiện các bước sau: </w:t>
      </w:r>
    </w:p>
    <w:p w14:paraId="283CE0BE" w14:textId="77777777" w:rsidR="002D3483" w:rsidRDefault="002D3483" w:rsidP="00A72671">
      <w:pPr>
        <w:widowControl w:val="0"/>
        <w:spacing w:after="40" w:line="240" w:lineRule="auto"/>
        <w:rPr>
          <w:rFonts w:cs="Times New Roman"/>
          <w:b/>
          <w:sz w:val="24"/>
          <w:szCs w:val="24"/>
        </w:rPr>
      </w:pPr>
    </w:p>
    <w:p w14:paraId="5315B457" w14:textId="02739C39" w:rsidR="00856C4B" w:rsidRDefault="00856C4B" w:rsidP="00A72671">
      <w:pPr>
        <w:widowControl w:val="0"/>
        <w:spacing w:after="40" w:line="240" w:lineRule="auto"/>
        <w:rPr>
          <w:rFonts w:cs="Times New Roman"/>
          <w:b/>
          <w:sz w:val="24"/>
          <w:szCs w:val="24"/>
        </w:rPr>
      </w:pPr>
      <w:r w:rsidRPr="00856C4B">
        <w:rPr>
          <w:rFonts w:cs="Times New Roman"/>
          <w:b/>
          <w:sz w:val="24"/>
          <w:szCs w:val="24"/>
        </w:rPr>
        <w:t xml:space="preserve">Bước 1: Mở tài khoản giao dịch chứng khoán tại PSI </w:t>
      </w:r>
    </w:p>
    <w:p w14:paraId="7161DD07" w14:textId="77777777" w:rsidR="00992B78" w:rsidRDefault="00856C4B" w:rsidP="00A72671">
      <w:pPr>
        <w:widowControl w:val="0"/>
        <w:spacing w:after="40" w:line="240" w:lineRule="auto"/>
        <w:rPr>
          <w:rFonts w:cs="Times New Roman"/>
          <w:bCs/>
          <w:sz w:val="24"/>
          <w:szCs w:val="24"/>
        </w:rPr>
      </w:pPr>
      <w:r w:rsidRPr="00856C4B">
        <w:rPr>
          <w:rFonts w:cs="Times New Roman"/>
          <w:bCs/>
          <w:sz w:val="24"/>
          <w:szCs w:val="24"/>
        </w:rPr>
        <w:t>Khách hàng có thể mở tài khoản trực tiếp tại quầy hoặc mở tài khoản trên các kênh giao dịch trực tuyến của PSI: PSI online Trading; PSI Mobile app,</w:t>
      </w:r>
    </w:p>
    <w:p w14:paraId="5CF5BC2F" w14:textId="0CC4B509" w:rsidR="00992B78" w:rsidRDefault="00992B78" w:rsidP="00A72671">
      <w:pPr>
        <w:widowControl w:val="0"/>
        <w:spacing w:after="40" w:line="240" w:lineRule="auto"/>
        <w:rPr>
          <w:rFonts w:cs="Times New Roman"/>
          <w:bCs/>
          <w:sz w:val="24"/>
          <w:szCs w:val="24"/>
        </w:rPr>
      </w:pPr>
      <w:r w:rsidRPr="00992B78">
        <w:t xml:space="preserve"> </w:t>
      </w:r>
      <w:r w:rsidRPr="00992B78">
        <w:rPr>
          <w:rFonts w:cs="Times New Roman"/>
          <w:bCs/>
          <w:sz w:val="24"/>
          <w:szCs w:val="24"/>
        </w:rPr>
        <w:t>https://online.psi.vn/customer-online-register</w:t>
      </w:r>
    </w:p>
    <w:p w14:paraId="2EC9D661" w14:textId="0647FEE5" w:rsidR="00856C4B" w:rsidRPr="00856C4B" w:rsidRDefault="00856C4B" w:rsidP="00A72671">
      <w:pPr>
        <w:widowControl w:val="0"/>
        <w:spacing w:after="40" w:line="240" w:lineRule="auto"/>
        <w:rPr>
          <w:rFonts w:cs="Times New Roman"/>
          <w:bCs/>
          <w:sz w:val="24"/>
          <w:szCs w:val="24"/>
        </w:rPr>
      </w:pPr>
      <w:r w:rsidRPr="00856C4B">
        <w:rPr>
          <w:rFonts w:cs="Times New Roman"/>
          <w:bCs/>
          <w:sz w:val="24"/>
          <w:szCs w:val="24"/>
        </w:rPr>
        <w:t xml:space="preserve">Nếu NĐT đã có Tài khoản chứng khoán tại PSI </w:t>
      </w:r>
      <w:r w:rsidR="00992B78">
        <w:rPr>
          <w:rFonts w:cs="Times New Roman"/>
          <w:bCs/>
          <w:sz w:val="24"/>
          <w:szCs w:val="24"/>
        </w:rPr>
        <w:t xml:space="preserve">vui lòng </w:t>
      </w:r>
      <w:r w:rsidRPr="00856C4B">
        <w:rPr>
          <w:rFonts w:cs="Times New Roman"/>
          <w:bCs/>
          <w:sz w:val="24"/>
          <w:szCs w:val="24"/>
        </w:rPr>
        <w:t>bỏ qua bước này</w:t>
      </w:r>
    </w:p>
    <w:p w14:paraId="43F6178E" w14:textId="77777777" w:rsidR="002D3483" w:rsidRDefault="002D3483" w:rsidP="00A72671">
      <w:pPr>
        <w:widowControl w:val="0"/>
        <w:spacing w:after="40" w:line="240" w:lineRule="auto"/>
        <w:rPr>
          <w:rFonts w:cs="Times New Roman"/>
          <w:b/>
          <w:sz w:val="24"/>
          <w:szCs w:val="24"/>
        </w:rPr>
      </w:pPr>
    </w:p>
    <w:p w14:paraId="4594BA48" w14:textId="4286AF0B" w:rsidR="00856C4B" w:rsidRDefault="00856C4B" w:rsidP="00A72671">
      <w:pPr>
        <w:widowControl w:val="0"/>
        <w:spacing w:after="40" w:line="240" w:lineRule="auto"/>
        <w:rPr>
          <w:rFonts w:cs="Times New Roman"/>
          <w:b/>
          <w:sz w:val="24"/>
          <w:szCs w:val="24"/>
        </w:rPr>
      </w:pPr>
      <w:r w:rsidRPr="00856C4B">
        <w:rPr>
          <w:rFonts w:cs="Times New Roman"/>
          <w:b/>
          <w:sz w:val="24"/>
          <w:szCs w:val="24"/>
        </w:rPr>
        <w:t xml:space="preserve">Bước </w:t>
      </w:r>
      <w:r>
        <w:rPr>
          <w:rFonts w:cs="Times New Roman"/>
          <w:b/>
          <w:sz w:val="24"/>
          <w:szCs w:val="24"/>
        </w:rPr>
        <w:t>2</w:t>
      </w:r>
      <w:r w:rsidRPr="00856C4B">
        <w:rPr>
          <w:rFonts w:cs="Times New Roman"/>
          <w:b/>
          <w:sz w:val="24"/>
          <w:szCs w:val="24"/>
        </w:rPr>
        <w:t xml:space="preserve">: Ký quỹ giao dịch </w:t>
      </w:r>
    </w:p>
    <w:p w14:paraId="56B2D0BF" w14:textId="6155CE5B" w:rsidR="00D4778C" w:rsidRDefault="00856C4B" w:rsidP="00A72671">
      <w:pPr>
        <w:widowControl w:val="0"/>
        <w:spacing w:after="40" w:line="240" w:lineRule="auto"/>
        <w:rPr>
          <w:rFonts w:cs="Times New Roman"/>
          <w:b/>
          <w:sz w:val="24"/>
          <w:szCs w:val="24"/>
        </w:rPr>
      </w:pPr>
      <w:r w:rsidRPr="00856C4B">
        <w:rPr>
          <w:rFonts w:cs="Times New Roman"/>
          <w:b/>
          <w:sz w:val="24"/>
          <w:szCs w:val="24"/>
        </w:rPr>
        <w:t xml:space="preserve">• Khi đặt lệnh mua </w:t>
      </w:r>
      <w:r>
        <w:rPr>
          <w:rFonts w:cs="Times New Roman"/>
          <w:b/>
          <w:sz w:val="24"/>
          <w:szCs w:val="24"/>
        </w:rPr>
        <w:t>C</w:t>
      </w:r>
      <w:r w:rsidR="00580BD0">
        <w:rPr>
          <w:rFonts w:cs="Times New Roman"/>
          <w:b/>
          <w:sz w:val="24"/>
          <w:szCs w:val="24"/>
        </w:rPr>
        <w:t>ông cụ nợ</w:t>
      </w:r>
      <w:r w:rsidRPr="00856C4B">
        <w:rPr>
          <w:rFonts w:cs="Times New Roman"/>
          <w:b/>
          <w:sz w:val="24"/>
          <w:szCs w:val="24"/>
        </w:rPr>
        <w:t xml:space="preserve">, Khách hàng phải </w:t>
      </w:r>
      <w:r>
        <w:rPr>
          <w:rFonts w:cs="Times New Roman"/>
          <w:b/>
          <w:sz w:val="24"/>
          <w:szCs w:val="24"/>
        </w:rPr>
        <w:t>có đủ tiền để thực hiện giao dịch</w:t>
      </w:r>
    </w:p>
    <w:p w14:paraId="76245D5A" w14:textId="258E9258" w:rsidR="00C06712" w:rsidRDefault="00C06712" w:rsidP="00A72671">
      <w:pPr>
        <w:widowControl w:val="0"/>
        <w:spacing w:after="40" w:line="240" w:lineRule="auto"/>
        <w:rPr>
          <w:rFonts w:cs="Times New Roman"/>
          <w:b/>
          <w:sz w:val="24"/>
          <w:szCs w:val="24"/>
        </w:rPr>
      </w:pPr>
      <w:r>
        <w:rPr>
          <w:rFonts w:cs="Times New Roman"/>
          <w:b/>
          <w:sz w:val="24"/>
          <w:szCs w:val="24"/>
        </w:rPr>
        <w:t>Quý khách hàng vui lòng nộp tiền vào t</w:t>
      </w:r>
      <w:r w:rsidR="00283B25">
        <w:rPr>
          <w:rFonts w:cs="Times New Roman"/>
          <w:b/>
          <w:sz w:val="24"/>
          <w:szCs w:val="24"/>
        </w:rPr>
        <w:t>ài khoản</w:t>
      </w:r>
      <w:r>
        <w:rPr>
          <w:rFonts w:cs="Times New Roman"/>
          <w:b/>
          <w:sz w:val="24"/>
          <w:szCs w:val="24"/>
        </w:rPr>
        <w:t>:</w:t>
      </w:r>
    </w:p>
    <w:p w14:paraId="036E5C48" w14:textId="304DAFA1" w:rsidR="00856C4B" w:rsidRDefault="00C06712" w:rsidP="00A72671">
      <w:pPr>
        <w:widowControl w:val="0"/>
        <w:spacing w:after="40" w:line="240" w:lineRule="auto"/>
        <w:rPr>
          <w:rFonts w:cs="Times New Roman"/>
          <w:b/>
          <w:sz w:val="24"/>
          <w:szCs w:val="24"/>
        </w:rPr>
      </w:pPr>
      <w:r w:rsidRPr="00C06712">
        <w:rPr>
          <w:rFonts w:cs="Times New Roman"/>
          <w:b/>
          <w:noProof/>
          <w:sz w:val="24"/>
          <w:szCs w:val="24"/>
        </w:rPr>
        <w:drawing>
          <wp:inline distT="0" distB="0" distL="0" distR="0" wp14:anchorId="3364DB6F" wp14:editId="0174856E">
            <wp:extent cx="6029960" cy="789940"/>
            <wp:effectExtent l="0" t="0" r="8890" b="0"/>
            <wp:docPr id="1707165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165097" name=""/>
                    <pic:cNvPicPr/>
                  </pic:nvPicPr>
                  <pic:blipFill>
                    <a:blip r:embed="rId8"/>
                    <a:stretch>
                      <a:fillRect/>
                    </a:stretch>
                  </pic:blipFill>
                  <pic:spPr>
                    <a:xfrm>
                      <a:off x="0" y="0"/>
                      <a:ext cx="6029960" cy="789940"/>
                    </a:xfrm>
                    <a:prstGeom prst="rect">
                      <a:avLst/>
                    </a:prstGeom>
                  </pic:spPr>
                </pic:pic>
              </a:graphicData>
            </a:graphic>
          </wp:inline>
        </w:drawing>
      </w:r>
    </w:p>
    <w:p w14:paraId="3D71ED2C" w14:textId="77777777" w:rsidR="00856C4B" w:rsidRDefault="00856C4B" w:rsidP="00A72671">
      <w:pPr>
        <w:widowControl w:val="0"/>
        <w:spacing w:after="40" w:line="240" w:lineRule="auto"/>
        <w:rPr>
          <w:rFonts w:cs="Times New Roman"/>
          <w:b/>
          <w:sz w:val="24"/>
          <w:szCs w:val="24"/>
        </w:rPr>
      </w:pPr>
    </w:p>
    <w:p w14:paraId="5EFAA82E" w14:textId="77777777" w:rsidR="00856C4B" w:rsidRDefault="00856C4B" w:rsidP="00A72671">
      <w:pPr>
        <w:widowControl w:val="0"/>
        <w:spacing w:after="40" w:line="240" w:lineRule="auto"/>
        <w:rPr>
          <w:rFonts w:cs="Times New Roman"/>
          <w:b/>
          <w:sz w:val="24"/>
          <w:szCs w:val="24"/>
        </w:rPr>
      </w:pPr>
      <w:r w:rsidRPr="00856C4B">
        <w:rPr>
          <w:rFonts w:cs="Times New Roman"/>
          <w:b/>
          <w:sz w:val="24"/>
          <w:szCs w:val="24"/>
        </w:rPr>
        <w:t>Nội dung: Nộp tiền vào TK 045CXXXXXX</w:t>
      </w:r>
      <w:r>
        <w:rPr>
          <w:rFonts w:cs="Times New Roman"/>
          <w:b/>
          <w:sz w:val="24"/>
          <w:szCs w:val="24"/>
        </w:rPr>
        <w:t>.01</w:t>
      </w:r>
      <w:r w:rsidRPr="00856C4B">
        <w:rPr>
          <w:rFonts w:cs="Times New Roman"/>
          <w:b/>
          <w:sz w:val="24"/>
          <w:szCs w:val="24"/>
        </w:rPr>
        <w:t xml:space="preserve"> của….. (tên Khách Hàng) </w:t>
      </w:r>
    </w:p>
    <w:p w14:paraId="261039FC" w14:textId="32FB870A" w:rsidR="00C06712" w:rsidRPr="00C06712" w:rsidRDefault="00C06712" w:rsidP="00A72671">
      <w:pPr>
        <w:widowControl w:val="0"/>
        <w:spacing w:after="40" w:line="240" w:lineRule="auto"/>
        <w:rPr>
          <w:rFonts w:cs="Times New Roman"/>
          <w:bCs/>
          <w:sz w:val="24"/>
          <w:szCs w:val="24"/>
        </w:rPr>
      </w:pPr>
      <w:r w:rsidRPr="00C06712">
        <w:rPr>
          <w:rFonts w:cs="Times New Roman"/>
          <w:bCs/>
          <w:sz w:val="24"/>
          <w:szCs w:val="24"/>
        </w:rPr>
        <w:t>Để biết thêm số tài khoản nộp tiền, vui lòng xem tại:</w:t>
      </w:r>
    </w:p>
    <w:p w14:paraId="02C4B25E" w14:textId="217191BE" w:rsidR="00C06712" w:rsidRPr="00C06712" w:rsidRDefault="00C06712" w:rsidP="00A72671">
      <w:pPr>
        <w:widowControl w:val="0"/>
        <w:spacing w:after="40" w:line="240" w:lineRule="auto"/>
        <w:rPr>
          <w:rFonts w:cs="Times New Roman"/>
          <w:bCs/>
          <w:sz w:val="24"/>
          <w:szCs w:val="24"/>
        </w:rPr>
      </w:pPr>
      <w:r w:rsidRPr="00C06712">
        <w:rPr>
          <w:rFonts w:cs="Times New Roman"/>
          <w:bCs/>
          <w:sz w:val="24"/>
          <w:szCs w:val="24"/>
        </w:rPr>
        <w:t>https://www.psi.vn/vi/huong-dan-su-dung</w:t>
      </w:r>
    </w:p>
    <w:p w14:paraId="6A8877D6" w14:textId="3010F76E" w:rsidR="00856C4B" w:rsidRDefault="00856C4B" w:rsidP="00A72671">
      <w:pPr>
        <w:widowControl w:val="0"/>
        <w:spacing w:after="40" w:line="240" w:lineRule="auto"/>
        <w:rPr>
          <w:rFonts w:cs="Times New Roman"/>
          <w:b/>
          <w:sz w:val="24"/>
          <w:szCs w:val="24"/>
        </w:rPr>
      </w:pPr>
      <w:r w:rsidRPr="00856C4B">
        <w:rPr>
          <w:rFonts w:cs="Times New Roman"/>
          <w:b/>
          <w:sz w:val="24"/>
          <w:szCs w:val="24"/>
        </w:rPr>
        <w:t xml:space="preserve">• Khi đặt lệnh bán </w:t>
      </w:r>
      <w:r>
        <w:rPr>
          <w:rFonts w:cs="Times New Roman"/>
          <w:b/>
          <w:sz w:val="24"/>
          <w:szCs w:val="24"/>
        </w:rPr>
        <w:t>C</w:t>
      </w:r>
      <w:r w:rsidR="00580BD0">
        <w:rPr>
          <w:rFonts w:cs="Times New Roman"/>
          <w:b/>
          <w:sz w:val="24"/>
          <w:szCs w:val="24"/>
        </w:rPr>
        <w:t>ông cụ nợ</w:t>
      </w:r>
      <w:r w:rsidRPr="00856C4B">
        <w:rPr>
          <w:rFonts w:cs="Times New Roman"/>
          <w:b/>
          <w:sz w:val="24"/>
          <w:szCs w:val="24"/>
        </w:rPr>
        <w:t xml:space="preserve">, Khách hàng phải có đủ số lượng </w:t>
      </w:r>
      <w:r>
        <w:rPr>
          <w:rFonts w:cs="Times New Roman"/>
          <w:b/>
          <w:sz w:val="24"/>
          <w:szCs w:val="24"/>
        </w:rPr>
        <w:t>C</w:t>
      </w:r>
      <w:r w:rsidR="00580BD0">
        <w:rPr>
          <w:rFonts w:cs="Times New Roman"/>
          <w:b/>
          <w:sz w:val="24"/>
          <w:szCs w:val="24"/>
        </w:rPr>
        <w:t>ông cụ nợ</w:t>
      </w:r>
      <w:r w:rsidRPr="00856C4B">
        <w:rPr>
          <w:rFonts w:cs="Times New Roman"/>
          <w:b/>
          <w:sz w:val="24"/>
          <w:szCs w:val="24"/>
        </w:rPr>
        <w:t xml:space="preserve"> đặt bán.</w:t>
      </w:r>
    </w:p>
    <w:p w14:paraId="5EEC738E" w14:textId="77777777" w:rsidR="00856C4B" w:rsidRDefault="00856C4B" w:rsidP="00A72671">
      <w:pPr>
        <w:widowControl w:val="0"/>
        <w:spacing w:after="40" w:line="240" w:lineRule="auto"/>
        <w:rPr>
          <w:rFonts w:cs="Times New Roman"/>
          <w:b/>
          <w:sz w:val="24"/>
          <w:szCs w:val="24"/>
        </w:rPr>
      </w:pPr>
    </w:p>
    <w:p w14:paraId="6FC510F5" w14:textId="77777777" w:rsidR="00856C4B" w:rsidRDefault="00856C4B" w:rsidP="00A72671">
      <w:pPr>
        <w:widowControl w:val="0"/>
        <w:spacing w:after="40" w:line="240" w:lineRule="auto"/>
        <w:rPr>
          <w:rFonts w:cs="Times New Roman"/>
          <w:b/>
          <w:sz w:val="24"/>
          <w:szCs w:val="24"/>
        </w:rPr>
      </w:pPr>
      <w:r w:rsidRPr="00856C4B">
        <w:rPr>
          <w:rFonts w:cs="Times New Roman"/>
          <w:b/>
          <w:sz w:val="24"/>
          <w:szCs w:val="24"/>
        </w:rPr>
        <w:t xml:space="preserve">Bước </w:t>
      </w:r>
      <w:r>
        <w:rPr>
          <w:rFonts w:cs="Times New Roman"/>
          <w:b/>
          <w:sz w:val="24"/>
          <w:szCs w:val="24"/>
        </w:rPr>
        <w:t>3</w:t>
      </w:r>
      <w:r w:rsidRPr="00856C4B">
        <w:rPr>
          <w:rFonts w:cs="Times New Roman"/>
          <w:b/>
          <w:sz w:val="24"/>
          <w:szCs w:val="24"/>
        </w:rPr>
        <w:t>: Đặt lệnh giao dịch</w:t>
      </w:r>
    </w:p>
    <w:p w14:paraId="6EB4591B" w14:textId="79DC088D" w:rsidR="00856C4B" w:rsidRDefault="00856C4B" w:rsidP="00A72671">
      <w:pPr>
        <w:widowControl w:val="0"/>
        <w:spacing w:after="40" w:line="240" w:lineRule="auto"/>
        <w:rPr>
          <w:rFonts w:cs="Times New Roman"/>
          <w:bCs/>
          <w:sz w:val="24"/>
          <w:szCs w:val="24"/>
        </w:rPr>
      </w:pPr>
      <w:r w:rsidRPr="00856C4B">
        <w:rPr>
          <w:rFonts w:cs="Times New Roman"/>
          <w:bCs/>
          <w:sz w:val="24"/>
          <w:szCs w:val="24"/>
        </w:rPr>
        <w:t xml:space="preserve">PSI tiếp nhận lệnh giao dịch </w:t>
      </w:r>
      <w:r w:rsidR="00580BD0">
        <w:rPr>
          <w:rFonts w:cs="Times New Roman"/>
          <w:bCs/>
          <w:sz w:val="24"/>
          <w:szCs w:val="24"/>
        </w:rPr>
        <w:t>Công cụ nợ</w:t>
      </w:r>
      <w:r w:rsidRPr="00856C4B">
        <w:rPr>
          <w:rFonts w:cs="Times New Roman"/>
          <w:bCs/>
          <w:sz w:val="24"/>
          <w:szCs w:val="24"/>
        </w:rPr>
        <w:t xml:space="preserve"> của NĐT tại các quầy giao dịch của </w:t>
      </w:r>
      <w:r>
        <w:rPr>
          <w:rFonts w:cs="Times New Roman"/>
          <w:bCs/>
          <w:sz w:val="24"/>
          <w:szCs w:val="24"/>
        </w:rPr>
        <w:t>PSI trên toàn quốc</w:t>
      </w:r>
    </w:p>
    <w:p w14:paraId="2BB4D572" w14:textId="51C69A75" w:rsidR="00856C4B" w:rsidRDefault="00856C4B" w:rsidP="00A72671">
      <w:pPr>
        <w:widowControl w:val="0"/>
        <w:spacing w:after="40" w:line="240" w:lineRule="auto"/>
        <w:rPr>
          <w:rFonts w:cs="Times New Roman"/>
          <w:bCs/>
          <w:sz w:val="24"/>
          <w:szCs w:val="24"/>
        </w:rPr>
      </w:pPr>
      <w:r w:rsidRPr="00856C4B">
        <w:rPr>
          <w:rFonts w:cs="Times New Roman"/>
          <w:bCs/>
          <w:sz w:val="24"/>
          <w:szCs w:val="24"/>
        </w:rPr>
        <w:t xml:space="preserve">Thời gian tiếp nhận : Từ 9h00 đến 14h30 </w:t>
      </w:r>
      <w:r w:rsidR="00580BD0">
        <w:rPr>
          <w:rFonts w:cs="Times New Roman"/>
          <w:bCs/>
          <w:sz w:val="24"/>
          <w:szCs w:val="24"/>
        </w:rPr>
        <w:t>ngày giao dịch.</w:t>
      </w:r>
    </w:p>
    <w:p w14:paraId="214B3AB4" w14:textId="77777777" w:rsidR="00856C4B" w:rsidRDefault="00856C4B" w:rsidP="00A72671">
      <w:pPr>
        <w:widowControl w:val="0"/>
        <w:spacing w:after="40" w:line="240" w:lineRule="auto"/>
        <w:rPr>
          <w:rFonts w:cs="Times New Roman"/>
          <w:bCs/>
          <w:sz w:val="24"/>
          <w:szCs w:val="24"/>
        </w:rPr>
      </w:pPr>
      <w:r w:rsidRPr="00856C4B">
        <w:rPr>
          <w:rFonts w:cs="Times New Roman"/>
          <w:bCs/>
          <w:sz w:val="24"/>
          <w:szCs w:val="24"/>
        </w:rPr>
        <w:t xml:space="preserve">PSI chỉ tiếp nhận lệnh trong ngày giao dịch, không tiếp nhận lệnh tương lai. </w:t>
      </w:r>
    </w:p>
    <w:p w14:paraId="546329E2" w14:textId="77777777" w:rsidR="00856C4B" w:rsidRDefault="00856C4B" w:rsidP="00A72671">
      <w:pPr>
        <w:widowControl w:val="0"/>
        <w:spacing w:after="40" w:line="240" w:lineRule="auto"/>
        <w:rPr>
          <w:rFonts w:cs="Times New Roman"/>
          <w:bCs/>
          <w:sz w:val="24"/>
          <w:szCs w:val="24"/>
        </w:rPr>
      </w:pPr>
    </w:p>
    <w:p w14:paraId="16BB7BD2" w14:textId="52F28544" w:rsidR="00856C4B" w:rsidRPr="00932FDA" w:rsidRDefault="00856C4B" w:rsidP="00A72671">
      <w:pPr>
        <w:widowControl w:val="0"/>
        <w:spacing w:after="40" w:line="240" w:lineRule="auto"/>
        <w:rPr>
          <w:rFonts w:cs="Times New Roman"/>
          <w:b/>
          <w:sz w:val="24"/>
          <w:szCs w:val="24"/>
        </w:rPr>
      </w:pPr>
      <w:r w:rsidRPr="00932FDA">
        <w:rPr>
          <w:rFonts w:cs="Times New Roman"/>
          <w:b/>
          <w:sz w:val="24"/>
          <w:szCs w:val="24"/>
        </w:rPr>
        <w:t xml:space="preserve">Bước 4: Kiểm tra kết quả giao dịch </w:t>
      </w:r>
    </w:p>
    <w:p w14:paraId="0F473224" w14:textId="08148F6D" w:rsidR="00856C4B" w:rsidRDefault="00856C4B" w:rsidP="00A72671">
      <w:pPr>
        <w:widowControl w:val="0"/>
        <w:spacing w:after="40" w:line="240" w:lineRule="auto"/>
        <w:rPr>
          <w:rFonts w:cs="Times New Roman"/>
          <w:bCs/>
          <w:sz w:val="24"/>
          <w:szCs w:val="24"/>
        </w:rPr>
      </w:pPr>
      <w:r w:rsidRPr="00856C4B">
        <w:rPr>
          <w:rFonts w:cs="Times New Roman"/>
          <w:bCs/>
          <w:sz w:val="24"/>
          <w:szCs w:val="24"/>
        </w:rPr>
        <w:t xml:space="preserve">Nếu lệnh của NĐT đã khớp, PSI sẽ thực hiện thông báo khớp lệnh tới Quý Khách hàng </w:t>
      </w:r>
      <w:r w:rsidR="00B81614">
        <w:rPr>
          <w:rFonts w:cs="Times New Roman"/>
          <w:bCs/>
          <w:sz w:val="24"/>
          <w:szCs w:val="24"/>
        </w:rPr>
        <w:t>qua email khách hàng</w:t>
      </w:r>
      <w:r w:rsidRPr="00856C4B">
        <w:rPr>
          <w:rFonts w:cs="Times New Roman"/>
          <w:bCs/>
          <w:sz w:val="24"/>
          <w:szCs w:val="24"/>
        </w:rPr>
        <w:t xml:space="preserve"> đã đăng ký hoặc Quý Khách hàng có thể đến các quầy giao dịch của PSI trên toàn quốc để in sao kê giao dịch. </w:t>
      </w:r>
    </w:p>
    <w:p w14:paraId="46DC868E" w14:textId="77777777" w:rsidR="002D3483" w:rsidRDefault="002D3483" w:rsidP="00A72671">
      <w:pPr>
        <w:widowControl w:val="0"/>
        <w:spacing w:after="40" w:line="240" w:lineRule="auto"/>
        <w:rPr>
          <w:rFonts w:cs="Times New Roman"/>
          <w:bCs/>
          <w:sz w:val="24"/>
          <w:szCs w:val="24"/>
        </w:rPr>
      </w:pPr>
    </w:p>
    <w:p w14:paraId="6F355567" w14:textId="1522C9A9" w:rsidR="00856C4B" w:rsidRPr="00856C4B" w:rsidRDefault="00856C4B" w:rsidP="00A72671">
      <w:pPr>
        <w:widowControl w:val="0"/>
        <w:spacing w:after="40" w:line="240" w:lineRule="auto"/>
        <w:rPr>
          <w:rFonts w:cs="Times New Roman"/>
          <w:bCs/>
          <w:sz w:val="24"/>
          <w:szCs w:val="24"/>
        </w:rPr>
      </w:pPr>
      <w:r w:rsidRPr="00856C4B">
        <w:rPr>
          <w:rFonts w:cs="Times New Roman"/>
          <w:bCs/>
          <w:sz w:val="24"/>
          <w:szCs w:val="24"/>
        </w:rPr>
        <w:t>Để biết thêm chi tiết, vui lòng liên hệ hotline: 0243 9872 888</w:t>
      </w:r>
      <w:r w:rsidR="002D3483">
        <w:rPr>
          <w:rFonts w:cs="Times New Roman"/>
          <w:bCs/>
          <w:sz w:val="24"/>
          <w:szCs w:val="24"/>
        </w:rPr>
        <w:t>.</w:t>
      </w:r>
    </w:p>
    <w:p w14:paraId="57E5FF4B" w14:textId="77777777" w:rsidR="00856C4B" w:rsidRDefault="00856C4B" w:rsidP="00A72671">
      <w:pPr>
        <w:widowControl w:val="0"/>
        <w:spacing w:after="40" w:line="240" w:lineRule="auto"/>
        <w:rPr>
          <w:rFonts w:cs="Times New Roman"/>
          <w:b/>
          <w:sz w:val="24"/>
          <w:szCs w:val="24"/>
        </w:rPr>
      </w:pPr>
    </w:p>
    <w:sectPr w:rsidR="00856C4B" w:rsidSect="004C5A3A">
      <w:headerReference w:type="default" r:id="rId9"/>
      <w:footerReference w:type="default" r:id="rId10"/>
      <w:pgSz w:w="11906" w:h="16838" w:code="9"/>
      <w:pgMar w:top="680" w:right="851" w:bottom="680" w:left="1559" w:header="142" w:footer="14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A308A" w14:textId="77777777" w:rsidR="0086749C" w:rsidRDefault="0086749C">
      <w:pPr>
        <w:spacing w:after="0" w:line="240" w:lineRule="auto"/>
      </w:pPr>
      <w:r>
        <w:separator/>
      </w:r>
    </w:p>
  </w:endnote>
  <w:endnote w:type="continuationSeparator" w:id="0">
    <w:p w14:paraId="65C61B34" w14:textId="77777777" w:rsidR="0086749C" w:rsidRDefault="00867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97C58" w14:textId="77777777" w:rsidR="006B5954" w:rsidRDefault="00000000">
    <w:pPr>
      <w:pStyle w:val="Footer"/>
      <w:jc w:val="right"/>
    </w:pPr>
    <w:r>
      <w:rPr>
        <w:sz w:val="20"/>
      </w:rPr>
      <w:fldChar w:fldCharType="begin"/>
    </w:r>
    <w:r>
      <w:rPr>
        <w:sz w:val="20"/>
      </w:rPr>
      <w:instrText>PAGE</w:instrText>
    </w:r>
    <w:r>
      <w:rPr>
        <w:sz w:val="20"/>
      </w:rPr>
      <w:fldChar w:fldCharType="separate"/>
    </w:r>
    <w:r w:rsidR="00A72671">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4D7DF" w14:textId="77777777" w:rsidR="0086749C" w:rsidRDefault="0086749C">
      <w:pPr>
        <w:spacing w:after="0" w:line="240" w:lineRule="auto"/>
      </w:pPr>
      <w:r>
        <w:separator/>
      </w:r>
    </w:p>
  </w:footnote>
  <w:footnote w:type="continuationSeparator" w:id="0">
    <w:p w14:paraId="216C7C40" w14:textId="77777777" w:rsidR="0086749C" w:rsidRDefault="00867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0085" w14:textId="0E49915E" w:rsidR="006B5954" w:rsidRDefault="00000000">
    <w:pPr>
      <w:pStyle w:val="Header"/>
    </w:pP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1F60A4"/>
    <w:multiLevelType w:val="hybridMultilevel"/>
    <w:tmpl w:val="66D8DE74"/>
    <w:lvl w:ilvl="0" w:tplc="042A000D">
      <w:start w:val="1"/>
      <w:numFmt w:val="bullet"/>
      <w:lvlText w:val=""/>
      <w:lvlJc w:val="left"/>
      <w:pPr>
        <w:ind w:left="1060" w:hanging="360"/>
      </w:pPr>
      <w:rPr>
        <w:rFonts w:ascii="Wingdings" w:hAnsi="Wingdings" w:hint="default"/>
      </w:rPr>
    </w:lvl>
    <w:lvl w:ilvl="1" w:tplc="042A0003" w:tentative="1">
      <w:start w:val="1"/>
      <w:numFmt w:val="bullet"/>
      <w:lvlText w:val="o"/>
      <w:lvlJc w:val="left"/>
      <w:pPr>
        <w:ind w:left="1780" w:hanging="360"/>
      </w:pPr>
      <w:rPr>
        <w:rFonts w:ascii="Courier New" w:hAnsi="Courier New" w:cs="Courier New" w:hint="default"/>
      </w:rPr>
    </w:lvl>
    <w:lvl w:ilvl="2" w:tplc="042A0005" w:tentative="1">
      <w:start w:val="1"/>
      <w:numFmt w:val="bullet"/>
      <w:lvlText w:val=""/>
      <w:lvlJc w:val="left"/>
      <w:pPr>
        <w:ind w:left="2500" w:hanging="360"/>
      </w:pPr>
      <w:rPr>
        <w:rFonts w:ascii="Wingdings" w:hAnsi="Wingdings" w:hint="default"/>
      </w:rPr>
    </w:lvl>
    <w:lvl w:ilvl="3" w:tplc="042A0001" w:tentative="1">
      <w:start w:val="1"/>
      <w:numFmt w:val="bullet"/>
      <w:lvlText w:val=""/>
      <w:lvlJc w:val="left"/>
      <w:pPr>
        <w:ind w:left="3220" w:hanging="360"/>
      </w:pPr>
      <w:rPr>
        <w:rFonts w:ascii="Symbol" w:hAnsi="Symbol" w:hint="default"/>
      </w:rPr>
    </w:lvl>
    <w:lvl w:ilvl="4" w:tplc="042A0003" w:tentative="1">
      <w:start w:val="1"/>
      <w:numFmt w:val="bullet"/>
      <w:lvlText w:val="o"/>
      <w:lvlJc w:val="left"/>
      <w:pPr>
        <w:ind w:left="3940" w:hanging="360"/>
      </w:pPr>
      <w:rPr>
        <w:rFonts w:ascii="Courier New" w:hAnsi="Courier New" w:cs="Courier New" w:hint="default"/>
      </w:rPr>
    </w:lvl>
    <w:lvl w:ilvl="5" w:tplc="042A0005" w:tentative="1">
      <w:start w:val="1"/>
      <w:numFmt w:val="bullet"/>
      <w:lvlText w:val=""/>
      <w:lvlJc w:val="left"/>
      <w:pPr>
        <w:ind w:left="4660" w:hanging="360"/>
      </w:pPr>
      <w:rPr>
        <w:rFonts w:ascii="Wingdings" w:hAnsi="Wingdings" w:hint="default"/>
      </w:rPr>
    </w:lvl>
    <w:lvl w:ilvl="6" w:tplc="042A0001" w:tentative="1">
      <w:start w:val="1"/>
      <w:numFmt w:val="bullet"/>
      <w:lvlText w:val=""/>
      <w:lvlJc w:val="left"/>
      <w:pPr>
        <w:ind w:left="5380" w:hanging="360"/>
      </w:pPr>
      <w:rPr>
        <w:rFonts w:ascii="Symbol" w:hAnsi="Symbol" w:hint="default"/>
      </w:rPr>
    </w:lvl>
    <w:lvl w:ilvl="7" w:tplc="042A0003" w:tentative="1">
      <w:start w:val="1"/>
      <w:numFmt w:val="bullet"/>
      <w:lvlText w:val="o"/>
      <w:lvlJc w:val="left"/>
      <w:pPr>
        <w:ind w:left="6100" w:hanging="360"/>
      </w:pPr>
      <w:rPr>
        <w:rFonts w:ascii="Courier New" w:hAnsi="Courier New" w:cs="Courier New" w:hint="default"/>
      </w:rPr>
    </w:lvl>
    <w:lvl w:ilvl="8" w:tplc="042A0005" w:tentative="1">
      <w:start w:val="1"/>
      <w:numFmt w:val="bullet"/>
      <w:lvlText w:val=""/>
      <w:lvlJc w:val="left"/>
      <w:pPr>
        <w:ind w:left="6820" w:hanging="360"/>
      </w:pPr>
      <w:rPr>
        <w:rFonts w:ascii="Wingdings" w:hAnsi="Wingdings" w:hint="default"/>
      </w:rPr>
    </w:lvl>
  </w:abstractNum>
  <w:abstractNum w:abstractNumId="10" w15:restartNumberingAfterBreak="0">
    <w:nsid w:val="2D846492"/>
    <w:multiLevelType w:val="hybridMultilevel"/>
    <w:tmpl w:val="C836608A"/>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49895792"/>
    <w:multiLevelType w:val="hybridMultilevel"/>
    <w:tmpl w:val="0A5A97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74082B70"/>
    <w:multiLevelType w:val="hybridMultilevel"/>
    <w:tmpl w:val="3F783DEE"/>
    <w:lvl w:ilvl="0" w:tplc="042A000D">
      <w:start w:val="1"/>
      <w:numFmt w:val="bullet"/>
      <w:lvlText w:val=""/>
      <w:lvlJc w:val="left"/>
      <w:pPr>
        <w:ind w:left="1060" w:hanging="360"/>
      </w:pPr>
      <w:rPr>
        <w:rFonts w:ascii="Wingdings" w:hAnsi="Wingdings" w:hint="default"/>
      </w:rPr>
    </w:lvl>
    <w:lvl w:ilvl="1" w:tplc="042A0003" w:tentative="1">
      <w:start w:val="1"/>
      <w:numFmt w:val="bullet"/>
      <w:lvlText w:val="o"/>
      <w:lvlJc w:val="left"/>
      <w:pPr>
        <w:ind w:left="1780" w:hanging="360"/>
      </w:pPr>
      <w:rPr>
        <w:rFonts w:ascii="Courier New" w:hAnsi="Courier New" w:cs="Courier New" w:hint="default"/>
      </w:rPr>
    </w:lvl>
    <w:lvl w:ilvl="2" w:tplc="042A0005" w:tentative="1">
      <w:start w:val="1"/>
      <w:numFmt w:val="bullet"/>
      <w:lvlText w:val=""/>
      <w:lvlJc w:val="left"/>
      <w:pPr>
        <w:ind w:left="2500" w:hanging="360"/>
      </w:pPr>
      <w:rPr>
        <w:rFonts w:ascii="Wingdings" w:hAnsi="Wingdings" w:hint="default"/>
      </w:rPr>
    </w:lvl>
    <w:lvl w:ilvl="3" w:tplc="042A0001" w:tentative="1">
      <w:start w:val="1"/>
      <w:numFmt w:val="bullet"/>
      <w:lvlText w:val=""/>
      <w:lvlJc w:val="left"/>
      <w:pPr>
        <w:ind w:left="3220" w:hanging="360"/>
      </w:pPr>
      <w:rPr>
        <w:rFonts w:ascii="Symbol" w:hAnsi="Symbol" w:hint="default"/>
      </w:rPr>
    </w:lvl>
    <w:lvl w:ilvl="4" w:tplc="042A0003" w:tentative="1">
      <w:start w:val="1"/>
      <w:numFmt w:val="bullet"/>
      <w:lvlText w:val="o"/>
      <w:lvlJc w:val="left"/>
      <w:pPr>
        <w:ind w:left="3940" w:hanging="360"/>
      </w:pPr>
      <w:rPr>
        <w:rFonts w:ascii="Courier New" w:hAnsi="Courier New" w:cs="Courier New" w:hint="default"/>
      </w:rPr>
    </w:lvl>
    <w:lvl w:ilvl="5" w:tplc="042A0005" w:tentative="1">
      <w:start w:val="1"/>
      <w:numFmt w:val="bullet"/>
      <w:lvlText w:val=""/>
      <w:lvlJc w:val="left"/>
      <w:pPr>
        <w:ind w:left="4660" w:hanging="360"/>
      </w:pPr>
      <w:rPr>
        <w:rFonts w:ascii="Wingdings" w:hAnsi="Wingdings" w:hint="default"/>
      </w:rPr>
    </w:lvl>
    <w:lvl w:ilvl="6" w:tplc="042A0001" w:tentative="1">
      <w:start w:val="1"/>
      <w:numFmt w:val="bullet"/>
      <w:lvlText w:val=""/>
      <w:lvlJc w:val="left"/>
      <w:pPr>
        <w:ind w:left="5380" w:hanging="360"/>
      </w:pPr>
      <w:rPr>
        <w:rFonts w:ascii="Symbol" w:hAnsi="Symbol" w:hint="default"/>
      </w:rPr>
    </w:lvl>
    <w:lvl w:ilvl="7" w:tplc="042A0003" w:tentative="1">
      <w:start w:val="1"/>
      <w:numFmt w:val="bullet"/>
      <w:lvlText w:val="o"/>
      <w:lvlJc w:val="left"/>
      <w:pPr>
        <w:ind w:left="6100" w:hanging="360"/>
      </w:pPr>
      <w:rPr>
        <w:rFonts w:ascii="Courier New" w:hAnsi="Courier New" w:cs="Courier New" w:hint="default"/>
      </w:rPr>
    </w:lvl>
    <w:lvl w:ilvl="8" w:tplc="042A0005" w:tentative="1">
      <w:start w:val="1"/>
      <w:numFmt w:val="bullet"/>
      <w:lvlText w:val=""/>
      <w:lvlJc w:val="left"/>
      <w:pPr>
        <w:ind w:left="6820" w:hanging="360"/>
      </w:pPr>
      <w:rPr>
        <w:rFonts w:ascii="Wingdings" w:hAnsi="Wingdings" w:hint="default"/>
      </w:rPr>
    </w:lvl>
  </w:abstractNum>
  <w:num w:numId="1" w16cid:durableId="1074009871">
    <w:abstractNumId w:val="8"/>
  </w:num>
  <w:num w:numId="2" w16cid:durableId="1037394999">
    <w:abstractNumId w:val="6"/>
  </w:num>
  <w:num w:numId="3" w16cid:durableId="426270120">
    <w:abstractNumId w:val="5"/>
  </w:num>
  <w:num w:numId="4" w16cid:durableId="196697180">
    <w:abstractNumId w:val="4"/>
  </w:num>
  <w:num w:numId="5" w16cid:durableId="1359282717">
    <w:abstractNumId w:val="7"/>
  </w:num>
  <w:num w:numId="6" w16cid:durableId="144932056">
    <w:abstractNumId w:val="3"/>
  </w:num>
  <w:num w:numId="7" w16cid:durableId="1510682632">
    <w:abstractNumId w:val="2"/>
  </w:num>
  <w:num w:numId="8" w16cid:durableId="902834070">
    <w:abstractNumId w:val="1"/>
  </w:num>
  <w:num w:numId="9" w16cid:durableId="1181238092">
    <w:abstractNumId w:val="0"/>
  </w:num>
  <w:num w:numId="10" w16cid:durableId="1827359561">
    <w:abstractNumId w:val="11"/>
  </w:num>
  <w:num w:numId="11" w16cid:durableId="1283806156">
    <w:abstractNumId w:val="12"/>
  </w:num>
  <w:num w:numId="12" w16cid:durableId="880359117">
    <w:abstractNumId w:val="9"/>
  </w:num>
  <w:num w:numId="13" w16cid:durableId="17331155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E5B"/>
    <w:rsid w:val="00034616"/>
    <w:rsid w:val="0006063C"/>
    <w:rsid w:val="000D698C"/>
    <w:rsid w:val="0015074B"/>
    <w:rsid w:val="002121C1"/>
    <w:rsid w:val="00283B25"/>
    <w:rsid w:val="0029639D"/>
    <w:rsid w:val="002D3483"/>
    <w:rsid w:val="002F0E6F"/>
    <w:rsid w:val="00325804"/>
    <w:rsid w:val="00326F90"/>
    <w:rsid w:val="00385660"/>
    <w:rsid w:val="003B36B7"/>
    <w:rsid w:val="004C5A3A"/>
    <w:rsid w:val="00551F4A"/>
    <w:rsid w:val="00567B4A"/>
    <w:rsid w:val="00580BD0"/>
    <w:rsid w:val="006B5954"/>
    <w:rsid w:val="007169C1"/>
    <w:rsid w:val="00764B11"/>
    <w:rsid w:val="00834FE4"/>
    <w:rsid w:val="00856C4B"/>
    <w:rsid w:val="0086749C"/>
    <w:rsid w:val="008B5E5E"/>
    <w:rsid w:val="00901DEF"/>
    <w:rsid w:val="00932FDA"/>
    <w:rsid w:val="00992B78"/>
    <w:rsid w:val="00A72671"/>
    <w:rsid w:val="00AA1D8D"/>
    <w:rsid w:val="00AE13EA"/>
    <w:rsid w:val="00B4641C"/>
    <w:rsid w:val="00B47730"/>
    <w:rsid w:val="00B73F48"/>
    <w:rsid w:val="00B81614"/>
    <w:rsid w:val="00BC4EC4"/>
    <w:rsid w:val="00C06712"/>
    <w:rsid w:val="00C80629"/>
    <w:rsid w:val="00CB0664"/>
    <w:rsid w:val="00D21CCE"/>
    <w:rsid w:val="00D4778C"/>
    <w:rsid w:val="00E670A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A295325"/>
  <w14:defaultImageDpi w14:val="300"/>
  <w15:docId w15:val="{93150A88-5D15-4328-BEFA-F7C66E5EF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92B78"/>
    <w:rPr>
      <w:color w:val="0000FF" w:themeColor="hyperlink"/>
      <w:u w:val="single"/>
    </w:rPr>
  </w:style>
  <w:style w:type="character" w:styleId="UnresolvedMention">
    <w:name w:val="Unresolved Mention"/>
    <w:basedOn w:val="DefaultParagraphFont"/>
    <w:uiPriority w:val="99"/>
    <w:semiHidden/>
    <w:unhideWhenUsed/>
    <w:rsid w:val="00992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Tran Thuy Phuong ( QLNV )</cp:lastModifiedBy>
  <cp:revision>21</cp:revision>
  <cp:lastPrinted>2026-06-05T08:18:00Z</cp:lastPrinted>
  <dcterms:created xsi:type="dcterms:W3CDTF">2026-05-12T09:30:00Z</dcterms:created>
  <dcterms:modified xsi:type="dcterms:W3CDTF">2026-06-05T10:01:00Z</dcterms:modified>
  <cp:category/>
</cp:coreProperties>
</file>